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C20" w:rsidRDefault="007745C6">
      <w:pPr>
        <w:pStyle w:val="SmallHead"/>
      </w:pPr>
      <w:r>
        <w:t>GUIA ILUSTRADO  •  PASSO A PASSO</w:t>
      </w:r>
    </w:p>
    <w:p w:rsidR="00566C20" w:rsidRDefault="007745C6">
      <w:pPr>
        <w:pStyle w:val="DocTitle"/>
      </w:pPr>
      <w:r>
        <w:t>Como enviar seu pedido pelo SEI Cidades</w:t>
      </w:r>
    </w:p>
    <w:p w:rsidR="006B4D52" w:rsidRDefault="006B4D52">
      <w:pPr>
        <w:rPr>
          <w:b/>
          <w:color w:val="007B96"/>
          <w:sz w:val="22"/>
        </w:rPr>
      </w:pPr>
      <w:r>
        <w:rPr>
          <w:b/>
          <w:color w:val="007B96"/>
          <w:sz w:val="22"/>
        </w:rPr>
        <w:t xml:space="preserve">PESSOA JURÍDICA  </w:t>
      </w:r>
    </w:p>
    <w:p w:rsidR="00566C20" w:rsidRDefault="007745C6">
      <w:proofErr w:type="spellStart"/>
      <w:r>
        <w:t>Siga</w:t>
      </w:r>
      <w:proofErr w:type="spellEnd"/>
      <w:r>
        <w:t xml:space="preserve"> as </w:t>
      </w:r>
      <w:proofErr w:type="spellStart"/>
      <w:r>
        <w:t>telas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ordem indicada. Os números destacados nas imagens mostram onde clicar ou o que conferir.</w:t>
      </w:r>
    </w:p>
    <w:p w:rsidR="00566C20" w:rsidRDefault="007745C6">
      <w:pPr>
        <w:keepNext/>
        <w:spacing w:before="20" w:after="20"/>
        <w:jc w:val="center"/>
      </w:pPr>
      <w:r>
        <w:rPr>
          <w:noProof/>
          <w:lang w:val="pt-BR" w:eastAsia="pt-BR"/>
        </w:rPr>
        <w:drawing>
          <wp:inline distT="0" distB="0" distL="0" distR="0">
            <wp:extent cx="5760000" cy="8143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1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C20" w:rsidRDefault="007745C6">
      <w:pPr>
        <w:pStyle w:val="DocCaption"/>
      </w:pPr>
      <w:r>
        <w:t>Visão geral do envio — figura ilustrativa do procedimento, não é uma tela do sistema.</w:t>
      </w:r>
    </w:p>
    <w:p w:rsidR="00566C20" w:rsidRDefault="007745C6">
      <w:pPr>
        <w:pStyle w:val="DocH"/>
        <w:keepNext/>
      </w:pPr>
      <w:r>
        <w:t>✓  Antes de começar</w:t>
      </w:r>
    </w:p>
    <w:p w:rsidR="00566C20" w:rsidRDefault="007745C6">
      <w:pPr>
        <w:pStyle w:val="DocBullet"/>
      </w:pPr>
      <w:r>
        <w:t>•  Tenha o acesso de usuário externo do SEI liberado. A conta gov.br ajuda no cadastro, mas não substitui a liberação do acesso ao SEI.</w:t>
      </w:r>
    </w:p>
    <w:p w:rsidR="00566C20" w:rsidRDefault="007745C6">
      <w:pPr>
        <w:pStyle w:val="DocBullet"/>
      </w:pPr>
      <w:r>
        <w:t>•  Preencha e assine o formulário “Solicitação de Isenção do IPTU”. Separe os documentos indicados nas listas das próximas páginas. Digitalize cada documento em PDF legível, sem senha.</w:t>
      </w:r>
    </w:p>
    <w:p w:rsidR="00566C20" w:rsidRDefault="007745C6">
      <w:pPr>
        <w:pStyle w:val="DocBullet"/>
      </w:pPr>
      <w:r>
        <w:t>•  Tenha em mãos a inscrição cadastral, o endereço do imóvel e o exercício do IPTU solicitado.</w:t>
      </w:r>
    </w:p>
    <w:tbl>
      <w:tblPr>
        <w:tblW w:w="0" w:type="auto"/>
        <w:tblLayout w:type="fixed"/>
        <w:tblLook w:val="04A0"/>
      </w:tblPr>
      <w:tblGrid>
        <w:gridCol w:w="10092"/>
      </w:tblGrid>
      <w:tr w:rsidR="00566C20">
        <w:tc>
          <w:tcPr>
            <w:tcW w:w="10092" w:type="dxa"/>
            <w:shd w:val="clear" w:color="auto" w:fill="ECF6F8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:rsidR="00566C20" w:rsidRDefault="007745C6">
            <w:pPr>
              <w:spacing w:after="0"/>
            </w:pPr>
            <w:r>
              <w:rPr>
                <w:b/>
                <w:color w:val="106E91"/>
              </w:rPr>
              <w:t xml:space="preserve">POR QUE USAR O SEI?  </w:t>
            </w:r>
            <w:r>
              <w:t>É possível apresentar o requerimento pela internet, sem precisar ir pessoalmente para fazer o protocolo.</w:t>
            </w:r>
          </w:p>
        </w:tc>
      </w:tr>
    </w:tbl>
    <w:p w:rsidR="00566C20" w:rsidRDefault="00566C20">
      <w:pPr>
        <w:spacing w:after="0"/>
      </w:pPr>
    </w:p>
    <w:p w:rsidR="00566C20" w:rsidRDefault="007745C6">
      <w:r>
        <w:t>Você pode começar pela página de IPTU da Prefeitura de Sorocaba e escolher “Abertura de Processos SEI! Cidades”.</w:t>
      </w:r>
    </w:p>
    <w:p w:rsidR="00566C20" w:rsidRDefault="002B1DEF">
      <w:pPr>
        <w:pStyle w:val="DocLink"/>
      </w:pPr>
      <w:hyperlink r:id="rId9">
        <w:r w:rsidR="007745C6">
          <w:rPr>
            <w:color w:val="086A86"/>
            <w:u w:val="single"/>
          </w:rPr>
          <w:t>Acessar a página do IPTU da Prefeitura</w:t>
        </w:r>
      </w:hyperlink>
    </w:p>
    <w:p w:rsidR="00566C20" w:rsidRDefault="002B1DEF">
      <w:pPr>
        <w:pStyle w:val="DocLink"/>
      </w:pPr>
      <w:hyperlink r:id="rId10">
        <w:r w:rsidR="007745C6">
          <w:rPr>
            <w:color w:val="086A86"/>
            <w:u w:val="single"/>
          </w:rPr>
          <w:t>Acessar diretamente o SEI Cidades de Sorocaba</w:t>
        </w:r>
      </w:hyperlink>
    </w:p>
    <w:p w:rsidR="00566C20" w:rsidRDefault="007745C6">
      <w:pPr>
        <w:pStyle w:val="DocH"/>
        <w:keepNext/>
      </w:pPr>
      <w:r>
        <w:t>1  Acesse o SEI e entre na sua conta</w:t>
      </w:r>
    </w:p>
    <w:p w:rsidR="00566C20" w:rsidRDefault="007745C6">
      <w:pPr>
        <w:keepNext/>
      </w:pPr>
      <w:r>
        <w:t>Na tela de acesso para usuários externos, informe seus dados e clique em “ENTRAR”.</w:t>
      </w:r>
    </w:p>
    <w:p w:rsidR="00566C20" w:rsidRDefault="007745C6">
      <w:pPr>
        <w:keepNext/>
        <w:spacing w:before="20" w:after="20"/>
        <w:jc w:val="center"/>
      </w:pPr>
      <w:r>
        <w:rPr>
          <w:noProof/>
          <w:lang w:val="pt-BR" w:eastAsia="pt-BR"/>
        </w:rPr>
        <w:drawing>
          <wp:inline distT="0" distB="0" distL="0" distR="0">
            <wp:extent cx="3240000" cy="31554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15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C20" w:rsidRDefault="007745C6">
      <w:pPr>
        <w:pStyle w:val="DocCaption"/>
      </w:pPr>
      <w:r>
        <w:t>Captura de tela do guia original, ampliada e com destaques didáticos.</w:t>
      </w:r>
    </w:p>
    <w:p w:rsidR="00566C20" w:rsidRDefault="007745C6">
      <w:pPr>
        <w:pStyle w:val="DocBullet"/>
      </w:pPr>
      <w:r>
        <w:t>1  Digite o e-mail cadastrado no SEI.</w:t>
      </w:r>
    </w:p>
    <w:p w:rsidR="00566C20" w:rsidRDefault="007745C6">
      <w:pPr>
        <w:pStyle w:val="DocBullet"/>
      </w:pPr>
      <w:r>
        <w:t>2  Digite sua senha do SEI.</w:t>
      </w:r>
    </w:p>
    <w:p w:rsidR="00566C20" w:rsidRDefault="007745C6">
      <w:pPr>
        <w:pStyle w:val="DocBullet"/>
      </w:pPr>
      <w:r>
        <w:t>3  Clique em ENTRAR.</w:t>
      </w:r>
    </w:p>
    <w:p w:rsidR="00566C20" w:rsidRDefault="007745C6">
      <w:pPr>
        <w:pStyle w:val="DocBullet"/>
      </w:pPr>
      <w:r>
        <w:t>4  Se ainda não tem cadastro, selecione “Clique aqui para se cadastrar”.</w:t>
      </w:r>
    </w:p>
    <w:tbl>
      <w:tblPr>
        <w:tblW w:w="0" w:type="auto"/>
        <w:tblLayout w:type="fixed"/>
        <w:tblLook w:val="04A0"/>
      </w:tblPr>
      <w:tblGrid>
        <w:gridCol w:w="10092"/>
      </w:tblGrid>
      <w:tr w:rsidR="00566C20">
        <w:tc>
          <w:tcPr>
            <w:tcW w:w="10092" w:type="dxa"/>
            <w:shd w:val="clear" w:color="auto" w:fill="FFF2E7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:rsidR="00566C20" w:rsidRDefault="007745C6">
            <w:pPr>
              <w:spacing w:after="0"/>
            </w:pPr>
            <w:r>
              <w:rPr>
                <w:b/>
                <w:color w:val="106E91"/>
              </w:rPr>
              <w:t xml:space="preserve">PASSO 1 — CONTINUAÇÃO: ATENÇÃO AO CADASTRO  </w:t>
            </w:r>
            <w:r>
              <w:t xml:space="preserve">Para se cadastrar, será necessário identificar-se com a conta gov.br e seguir as orientações do sistema. O acesso ao SEI precisa estar </w:t>
            </w:r>
            <w:r>
              <w:lastRenderedPageBreak/>
              <w:t>liberado antes de enviar o pedido.</w:t>
            </w:r>
          </w:p>
        </w:tc>
      </w:tr>
    </w:tbl>
    <w:p w:rsidR="00566C20" w:rsidRDefault="00566C20">
      <w:pPr>
        <w:spacing w:after="0"/>
      </w:pPr>
    </w:p>
    <w:p w:rsidR="00566C20" w:rsidRDefault="007745C6">
      <w:r>
        <w:t>Esqueceu sua senha? Na própria tela, use “Esqueci minha senha”. Nunca compartilhe sua senha.</w:t>
      </w:r>
    </w:p>
    <w:p w:rsidR="00566C20" w:rsidRDefault="002B1DEF">
      <w:pPr>
        <w:pStyle w:val="DocLink"/>
      </w:pPr>
      <w:hyperlink r:id="rId12">
        <w:r w:rsidR="007745C6">
          <w:rPr>
            <w:color w:val="086A86"/>
            <w:u w:val="single"/>
          </w:rPr>
          <w:t>Orientações oficiais para criar uma conta gov.br</w:t>
        </w:r>
      </w:hyperlink>
    </w:p>
    <w:p w:rsidR="00566C20" w:rsidRDefault="007745C6">
      <w:pPr>
        <w:pStyle w:val="DocH"/>
        <w:keepNext/>
      </w:pPr>
      <w:r>
        <w:t>2  Inicie um processo novo</w:t>
      </w:r>
    </w:p>
    <w:p w:rsidR="00566C20" w:rsidRDefault="007745C6">
      <w:pPr>
        <w:keepNext/>
      </w:pPr>
      <w:r>
        <w:t>No menu à esquerda, clique em “Peticionamento” e, em seguida, em “Processo Novo”.</w:t>
      </w:r>
    </w:p>
    <w:p w:rsidR="00566C20" w:rsidRDefault="007745C6">
      <w:pPr>
        <w:keepNext/>
        <w:spacing w:before="20" w:after="20"/>
        <w:jc w:val="center"/>
      </w:pPr>
      <w:r>
        <w:rPr>
          <w:noProof/>
          <w:lang w:val="pt-BR" w:eastAsia="pt-BR"/>
        </w:rPr>
        <w:drawing>
          <wp:inline distT="0" distB="0" distL="0" distR="0">
            <wp:extent cx="1512000" cy="28017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2801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C20" w:rsidRDefault="007745C6">
      <w:pPr>
        <w:pStyle w:val="DocCaption"/>
      </w:pPr>
      <w:r>
        <w:t>Na imagem: 1 = Peticionamento; 2 = Processo Novo.</w:t>
      </w:r>
    </w:p>
    <w:p w:rsidR="00566C20" w:rsidRDefault="007745C6">
      <w:pPr>
        <w:pStyle w:val="DocH"/>
        <w:keepNext/>
      </w:pPr>
      <w:r>
        <w:t>3  Escolha o protocolo de Sorocaba</w:t>
      </w:r>
    </w:p>
    <w:p w:rsidR="00566C20" w:rsidRDefault="007745C6">
      <w:pPr>
        <w:keepNext/>
        <w:spacing w:before="20" w:after="20"/>
        <w:jc w:val="center"/>
      </w:pPr>
      <w:r>
        <w:rPr>
          <w:noProof/>
          <w:lang w:val="pt-BR" w:eastAsia="pt-BR"/>
        </w:rPr>
        <w:drawing>
          <wp:inline distT="0" distB="0" distL="0" distR="0">
            <wp:extent cx="5112000" cy="197219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1972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C20" w:rsidRDefault="007745C6">
      <w:pPr>
        <w:pStyle w:val="DocCaption"/>
      </w:pPr>
      <w:r>
        <w:t>Na imagem: 1 = deixe Tipo do Processo em branco; 2 = selecione SOROC; 3 = clique em Protocolo geral.</w:t>
      </w:r>
    </w:p>
    <w:tbl>
      <w:tblPr>
        <w:tblW w:w="0" w:type="auto"/>
        <w:tblLayout w:type="fixed"/>
        <w:tblLook w:val="04A0"/>
      </w:tblPr>
      <w:tblGrid>
        <w:gridCol w:w="10092"/>
      </w:tblGrid>
      <w:tr w:rsidR="00566C20">
        <w:tc>
          <w:tcPr>
            <w:tcW w:w="10092" w:type="dxa"/>
            <w:shd w:val="clear" w:color="auto" w:fill="FFF2E7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:rsidR="00566C20" w:rsidRDefault="007745C6">
            <w:pPr>
              <w:spacing w:after="0"/>
            </w:pPr>
            <w:r>
              <w:rPr>
                <w:b/>
                <w:color w:val="106E91"/>
              </w:rPr>
              <w:t xml:space="preserve">NÃO CONFUNDA OS CAMPOS  </w:t>
            </w:r>
            <w:r>
              <w:t>O campo “Tipo do Processo” deve ficar em branco. A seleção é feita no campo “Órgão”, escolhendo SOROC; depois clique em “SOROC - Sorocaba: Protocolo geral”.</w:t>
            </w:r>
          </w:p>
        </w:tc>
      </w:tr>
    </w:tbl>
    <w:p w:rsidR="00566C20" w:rsidRDefault="00566C20">
      <w:pPr>
        <w:spacing w:after="0"/>
      </w:pPr>
    </w:p>
    <w:p w:rsidR="006B4D52" w:rsidRDefault="007745C6" w:rsidP="006B4D52">
      <w:pPr>
        <w:spacing w:before="80" w:after="80"/>
      </w:pPr>
      <w:proofErr w:type="gramStart"/>
      <w:r>
        <w:t xml:space="preserve">4  </w:t>
      </w:r>
      <w:proofErr w:type="spellStart"/>
      <w:r w:rsidR="006B4D52">
        <w:rPr>
          <w:b/>
          <w:color w:val="173B54"/>
          <w:sz w:val="24"/>
        </w:rPr>
        <w:t>Preencha</w:t>
      </w:r>
      <w:proofErr w:type="spellEnd"/>
      <w:proofErr w:type="gramEnd"/>
      <w:r w:rsidR="006B4D52">
        <w:rPr>
          <w:b/>
          <w:color w:val="173B54"/>
          <w:sz w:val="24"/>
        </w:rPr>
        <w:t xml:space="preserve"> o campo “</w:t>
      </w:r>
      <w:proofErr w:type="spellStart"/>
      <w:r w:rsidR="006B4D52">
        <w:rPr>
          <w:b/>
          <w:color w:val="173B54"/>
          <w:sz w:val="24"/>
        </w:rPr>
        <w:t>Especificação</w:t>
      </w:r>
      <w:proofErr w:type="spellEnd"/>
      <w:r w:rsidR="006B4D52">
        <w:rPr>
          <w:b/>
          <w:color w:val="173B54"/>
          <w:sz w:val="24"/>
        </w:rPr>
        <w:t>”</w:t>
      </w:r>
    </w:p>
    <w:p w:rsidR="00566C20" w:rsidRDefault="00566C20">
      <w:pPr>
        <w:pStyle w:val="DocH"/>
        <w:keepNext/>
      </w:pPr>
    </w:p>
    <w:p w:rsidR="006B4D52" w:rsidRDefault="006B4D52" w:rsidP="006B4D52">
      <w:r>
        <w:t>No “</w:t>
      </w:r>
      <w:proofErr w:type="spellStart"/>
      <w:r>
        <w:t>Formulário</w:t>
      </w:r>
      <w:proofErr w:type="spellEnd"/>
      <w:r>
        <w:t xml:space="preserve"> de </w:t>
      </w:r>
      <w:proofErr w:type="spellStart"/>
      <w:r>
        <w:t>Peticionamento</w:t>
      </w:r>
      <w:proofErr w:type="spellEnd"/>
      <w:r>
        <w:t xml:space="preserve">”, </w:t>
      </w:r>
      <w:proofErr w:type="spellStart"/>
      <w:r>
        <w:t>digite</w:t>
      </w:r>
      <w:proofErr w:type="spellEnd"/>
      <w:r>
        <w:t xml:space="preserve"> o </w:t>
      </w:r>
      <w:proofErr w:type="spellStart"/>
      <w:r>
        <w:t>mesmo</w:t>
      </w:r>
      <w:proofErr w:type="spellEnd"/>
      <w:r>
        <w:t xml:space="preserve"> </w:t>
      </w:r>
      <w:proofErr w:type="spellStart"/>
      <w:r>
        <w:t>assunto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todas</w:t>
      </w:r>
      <w:proofErr w:type="spellEnd"/>
      <w:r>
        <w:t xml:space="preserve"> as </w:t>
      </w:r>
      <w:proofErr w:type="spellStart"/>
      <w:r>
        <w:t>modalidades</w:t>
      </w:r>
      <w:proofErr w:type="spellEnd"/>
      <w:r>
        <w:t>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0091"/>
      </w:tblGrid>
      <w:tr w:rsidR="006B4D52" w:rsidTr="00BE3E00">
        <w:tc>
          <w:tcPr>
            <w:tcW w:w="10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6F9"/>
            <w:tcMar>
              <w:left w:w="108" w:type="dxa"/>
              <w:right w:w="108" w:type="dxa"/>
            </w:tcMar>
          </w:tcPr>
          <w:p w:rsidR="006B4D52" w:rsidRDefault="006B4D52" w:rsidP="00BE3E00">
            <w:pPr>
              <w:spacing w:after="0"/>
            </w:pPr>
            <w:r>
              <w:rPr>
                <w:b/>
                <w:color w:val="007B96"/>
                <w:sz w:val="20"/>
              </w:rPr>
              <w:t xml:space="preserve">TEXTO PARA COPIAR  </w:t>
            </w:r>
            <w:r w:rsidR="005C76A6">
              <w:rPr>
                <w:sz w:val="20"/>
              </w:rPr>
              <w:t>SOLICITAÇÃO DE IMUNIDADE</w:t>
            </w:r>
            <w:r>
              <w:rPr>
                <w:sz w:val="20"/>
              </w:rPr>
              <w:t xml:space="preserve"> DO IPTU — PESSOA JURÍDICA</w:t>
            </w:r>
          </w:p>
        </w:tc>
      </w:tr>
    </w:tbl>
    <w:p w:rsidR="006B4D52" w:rsidRDefault="006B4D52" w:rsidP="006B4D52"/>
    <w:p w:rsidR="00566C20" w:rsidRDefault="007745C6">
      <w:pPr>
        <w:pStyle w:val="DocH"/>
        <w:keepNext/>
      </w:pPr>
      <w:proofErr w:type="gramStart"/>
      <w:r>
        <w:lastRenderedPageBreak/>
        <w:t xml:space="preserve">5  </w:t>
      </w:r>
      <w:proofErr w:type="spellStart"/>
      <w:r>
        <w:t>Abra</w:t>
      </w:r>
      <w:proofErr w:type="spellEnd"/>
      <w:proofErr w:type="gramEnd"/>
      <w:r>
        <w:t xml:space="preserve"> o </w:t>
      </w:r>
      <w:proofErr w:type="spellStart"/>
      <w:r>
        <w:t>documento</w:t>
      </w:r>
      <w:proofErr w:type="spellEnd"/>
      <w:r>
        <w:t xml:space="preserve"> principal</w:t>
      </w:r>
    </w:p>
    <w:p w:rsidR="00566C20" w:rsidRDefault="007745C6">
      <w:pPr>
        <w:keepNext/>
      </w:pPr>
      <w:proofErr w:type="gramStart"/>
      <w:r>
        <w:t xml:space="preserve">Na </w:t>
      </w:r>
      <w:proofErr w:type="spellStart"/>
      <w:r>
        <w:t>seção</w:t>
      </w:r>
      <w:proofErr w:type="spellEnd"/>
      <w:r>
        <w:t xml:space="preserve"> “</w:t>
      </w:r>
      <w:proofErr w:type="spellStart"/>
      <w:r>
        <w:t>Documentos</w:t>
      </w:r>
      <w:proofErr w:type="spellEnd"/>
      <w:r>
        <w:t>”, clique em “Protocolo geral (clique aqui para editar conteúdo)”.</w:t>
      </w:r>
      <w:proofErr w:type="gramEnd"/>
    </w:p>
    <w:p w:rsidR="00566C20" w:rsidRDefault="007745C6">
      <w:pPr>
        <w:keepNext/>
        <w:spacing w:before="20" w:after="20"/>
        <w:jc w:val="center"/>
      </w:pPr>
      <w:r>
        <w:rPr>
          <w:noProof/>
          <w:lang w:val="pt-BR" w:eastAsia="pt-BR"/>
        </w:rPr>
        <w:drawing>
          <wp:inline distT="0" distB="0" distL="0" distR="0">
            <wp:extent cx="5076000" cy="164506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76000" cy="1645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C20" w:rsidRDefault="007745C6">
      <w:pPr>
        <w:pStyle w:val="DocCaption"/>
      </w:pPr>
      <w:r>
        <w:t>Na imagem: 1 = editar o documento principal; 2 = nível de acesso exibido na tela.</w:t>
      </w:r>
    </w:p>
    <w:tbl>
      <w:tblPr>
        <w:tblW w:w="0" w:type="auto"/>
        <w:tblLayout w:type="fixed"/>
        <w:tblLook w:val="04A0"/>
      </w:tblPr>
      <w:tblGrid>
        <w:gridCol w:w="10092"/>
      </w:tblGrid>
      <w:tr w:rsidR="00566C20">
        <w:tc>
          <w:tcPr>
            <w:tcW w:w="10092" w:type="dxa"/>
            <w:shd w:val="clear" w:color="auto" w:fill="ECF6F8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:rsidR="00566C20" w:rsidRDefault="007745C6">
            <w:pPr>
              <w:spacing w:after="0"/>
            </w:pPr>
            <w:r>
              <w:rPr>
                <w:b/>
                <w:color w:val="106E91"/>
              </w:rPr>
              <w:t xml:space="preserve">NÍVEL DE ACESSO  </w:t>
            </w:r>
            <w:r>
              <w:t>Não altere o nível apenas por suposição. O órgão responsável avaliará os documentos e definirá a classificação adequada — público, restrito ou sigiloso.</w:t>
            </w:r>
          </w:p>
        </w:tc>
      </w:tr>
    </w:tbl>
    <w:p w:rsidR="00566C20" w:rsidRDefault="00566C20">
      <w:pPr>
        <w:spacing w:after="0"/>
      </w:pPr>
    </w:p>
    <w:p w:rsidR="00566C20" w:rsidRDefault="007745C6">
      <w:pPr>
        <w:pStyle w:val="DocH"/>
        <w:keepNext/>
      </w:pPr>
      <w:r>
        <w:t>6  Preencha o formulário do protocolo geral</w:t>
      </w:r>
    </w:p>
    <w:p w:rsidR="00566C20" w:rsidRDefault="007745C6">
      <w:pPr>
        <w:keepNext/>
      </w:pPr>
      <w:r>
        <w:t>O formulário está dividido em duas partes principais: dados do requerente e assunto do protocolo.</w:t>
      </w:r>
    </w:p>
    <w:p w:rsidR="00566C20" w:rsidRDefault="007745C6">
      <w:pPr>
        <w:keepNext/>
        <w:spacing w:before="20" w:after="20"/>
        <w:jc w:val="center"/>
      </w:pPr>
      <w:r>
        <w:rPr>
          <w:noProof/>
          <w:lang w:val="pt-BR" w:eastAsia="pt-BR"/>
        </w:rPr>
        <w:drawing>
          <wp:inline distT="0" distB="0" distL="0" distR="0">
            <wp:extent cx="5220000" cy="232175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32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C20" w:rsidRDefault="007745C6">
      <w:pPr>
        <w:pStyle w:val="DocCaption"/>
      </w:pPr>
      <w:r>
        <w:t>Na imagem: 1 = dados do requerente; 2 = assunto do protocolo.</w:t>
      </w:r>
    </w:p>
    <w:p w:rsidR="00566C20" w:rsidRDefault="007745C6">
      <w:r>
        <w:t>Em “Dados do requerente”, informe nome completo, CPF, RG, endereço, bairro, cidade, estado, CEP, telefone e e-mail. Confira os contatos.</w:t>
      </w:r>
    </w:p>
    <w:p w:rsidR="00566C20" w:rsidRDefault="007745C6">
      <w:pPr>
        <w:keepNext/>
      </w:pPr>
      <w:r>
        <w:t>Em “Assunto do protocolo”, preencha:</w:t>
      </w:r>
    </w:p>
    <w:p w:rsidR="006B4D52" w:rsidRDefault="007745C6" w:rsidP="006B4D52">
      <w:pPr>
        <w:pStyle w:val="DocBullet"/>
        <w:numPr>
          <w:ilvl w:val="0"/>
          <w:numId w:val="11"/>
        </w:numPr>
      </w:pPr>
      <w:proofErr w:type="spellStart"/>
      <w:r>
        <w:t>Órgão</w:t>
      </w:r>
      <w:proofErr w:type="spellEnd"/>
      <w:r>
        <w:t>/</w:t>
      </w:r>
      <w:proofErr w:type="spellStart"/>
      <w:r>
        <w:t>Setor</w:t>
      </w:r>
      <w:proofErr w:type="spellEnd"/>
      <w:r>
        <w:t xml:space="preserve"> </w:t>
      </w:r>
      <w:proofErr w:type="spellStart"/>
      <w:r>
        <w:t>Destinatário</w:t>
      </w:r>
      <w:proofErr w:type="spellEnd"/>
      <w:r>
        <w:t>: SEFAZ/DFTI/SBF</w:t>
      </w:r>
    </w:p>
    <w:p w:rsidR="006B4D52" w:rsidRDefault="006B4D52" w:rsidP="006B4D52">
      <w:pPr>
        <w:pStyle w:val="DocBullet"/>
        <w:numPr>
          <w:ilvl w:val="0"/>
          <w:numId w:val="11"/>
        </w:numPr>
      </w:pPr>
      <w:proofErr w:type="spellStart"/>
      <w:r>
        <w:t>Assunto</w:t>
      </w:r>
      <w:proofErr w:type="spellEnd"/>
      <w:r>
        <w:t xml:space="preserve">: </w:t>
      </w:r>
      <w:proofErr w:type="spellStart"/>
      <w:r>
        <w:t>Solicitação</w:t>
      </w:r>
      <w:proofErr w:type="spellEnd"/>
      <w:r>
        <w:t xml:space="preserve"> de </w:t>
      </w:r>
      <w:proofErr w:type="spellStart"/>
      <w:r>
        <w:t>isenção</w:t>
      </w:r>
      <w:proofErr w:type="spellEnd"/>
      <w:r>
        <w:t xml:space="preserve"> do IPTU — </w:t>
      </w:r>
      <w:proofErr w:type="spellStart"/>
      <w:r>
        <w:t>pessoa</w:t>
      </w:r>
      <w:proofErr w:type="spellEnd"/>
      <w:r>
        <w:t xml:space="preserve"> </w:t>
      </w:r>
      <w:proofErr w:type="spellStart"/>
      <w:r>
        <w:t>jurídica</w:t>
      </w:r>
      <w:proofErr w:type="spellEnd"/>
      <w:r>
        <w:t>.</w:t>
      </w:r>
    </w:p>
    <w:p w:rsidR="006B4D52" w:rsidRDefault="006B4D52" w:rsidP="006B4D52">
      <w:pPr>
        <w:pStyle w:val="DocBullet"/>
        <w:numPr>
          <w:ilvl w:val="0"/>
          <w:numId w:val="11"/>
        </w:numPr>
      </w:pPr>
      <w:proofErr w:type="spellStart"/>
      <w:r>
        <w:t>Descrição</w:t>
      </w:r>
      <w:proofErr w:type="spellEnd"/>
      <w:r>
        <w:t xml:space="preserve">: </w:t>
      </w:r>
      <w:proofErr w:type="spellStart"/>
      <w:r>
        <w:t>razão</w:t>
      </w:r>
      <w:proofErr w:type="spellEnd"/>
      <w:r>
        <w:t xml:space="preserve"> social, CNPJ, </w:t>
      </w:r>
      <w:proofErr w:type="spellStart"/>
      <w:r>
        <w:t>modalidade</w:t>
      </w:r>
      <w:proofErr w:type="spellEnd"/>
      <w:r>
        <w:t xml:space="preserve"> </w:t>
      </w:r>
      <w:proofErr w:type="spellStart"/>
      <w:r>
        <w:t>escolhida</w:t>
      </w:r>
      <w:proofErr w:type="spellEnd"/>
      <w:r>
        <w:t xml:space="preserve">, </w:t>
      </w:r>
      <w:proofErr w:type="spellStart"/>
      <w:r>
        <w:t>inscrição</w:t>
      </w:r>
      <w:proofErr w:type="spellEnd"/>
      <w:r>
        <w:t xml:space="preserve"> cadastral, </w:t>
      </w:r>
      <w:proofErr w:type="spellStart"/>
      <w:r>
        <w:t>endereço</w:t>
      </w:r>
      <w:proofErr w:type="spellEnd"/>
      <w:r>
        <w:t xml:space="preserve"> do </w:t>
      </w:r>
      <w:proofErr w:type="spellStart"/>
      <w:r>
        <w:t>imóvel</w:t>
      </w:r>
      <w:proofErr w:type="spellEnd"/>
      <w:r>
        <w:t xml:space="preserve"> e </w:t>
      </w:r>
      <w:proofErr w:type="spellStart"/>
      <w:r>
        <w:t>exercício</w:t>
      </w:r>
      <w:proofErr w:type="spellEnd"/>
      <w:r>
        <w:t xml:space="preserve"> </w:t>
      </w:r>
      <w:proofErr w:type="spellStart"/>
      <w:r>
        <w:t>solicitado</w:t>
      </w:r>
      <w:proofErr w:type="spellEnd"/>
      <w:r>
        <w:t>.</w:t>
      </w:r>
    </w:p>
    <w:p w:rsidR="006B4D52" w:rsidRDefault="006B4D52" w:rsidP="006B4D52">
      <w:pPr>
        <w:pStyle w:val="DocBullet"/>
      </w:pPr>
    </w:p>
    <w:p w:rsidR="006B4D52" w:rsidRDefault="006B4D52" w:rsidP="006B4D52">
      <w:pPr>
        <w:pStyle w:val="DocBullet"/>
      </w:pPr>
      <w:proofErr w:type="spellStart"/>
      <w:r>
        <w:t>Modalidades</w:t>
      </w:r>
      <w:proofErr w:type="spellEnd"/>
      <w:r>
        <w:t>:</w:t>
      </w:r>
    </w:p>
    <w:p w:rsidR="006B4D52" w:rsidRDefault="005C76A6" w:rsidP="005C76A6">
      <w:pPr>
        <w:pStyle w:val="DocBullet"/>
        <w:numPr>
          <w:ilvl w:val="0"/>
          <w:numId w:val="12"/>
        </w:numPr>
      </w:pPr>
      <w:proofErr w:type="spellStart"/>
      <w:r>
        <w:t>Entidades</w:t>
      </w:r>
      <w:proofErr w:type="spellEnd"/>
      <w:r>
        <w:t xml:space="preserve"> </w:t>
      </w:r>
      <w:proofErr w:type="spellStart"/>
      <w:r>
        <w:t>Religiosas</w:t>
      </w:r>
      <w:proofErr w:type="spellEnd"/>
      <w:r>
        <w:t xml:space="preserve"> e </w:t>
      </w:r>
      <w:proofErr w:type="spellStart"/>
      <w:r>
        <w:t>templos</w:t>
      </w:r>
      <w:proofErr w:type="spellEnd"/>
      <w:r>
        <w:t xml:space="preserve"> de </w:t>
      </w:r>
      <w:proofErr w:type="spellStart"/>
      <w:r>
        <w:t>qualquer</w:t>
      </w:r>
      <w:proofErr w:type="spellEnd"/>
      <w:r>
        <w:t xml:space="preserve"> </w:t>
      </w:r>
      <w:proofErr w:type="spellStart"/>
      <w:r>
        <w:t>culto</w:t>
      </w:r>
      <w:proofErr w:type="spellEnd"/>
    </w:p>
    <w:p w:rsidR="005C76A6" w:rsidRDefault="005C76A6" w:rsidP="005C76A6">
      <w:pPr>
        <w:pStyle w:val="DocBullet"/>
        <w:numPr>
          <w:ilvl w:val="0"/>
          <w:numId w:val="12"/>
        </w:numPr>
      </w:pPr>
      <w:proofErr w:type="spellStart"/>
      <w:r>
        <w:t>Templos</w:t>
      </w:r>
      <w:proofErr w:type="spellEnd"/>
      <w:r>
        <w:t xml:space="preserve"> de </w:t>
      </w:r>
      <w:proofErr w:type="spellStart"/>
      <w:r>
        <w:t>qualquer</w:t>
      </w:r>
      <w:proofErr w:type="spellEnd"/>
      <w:r>
        <w:t xml:space="preserve"> </w:t>
      </w:r>
      <w:proofErr w:type="spellStart"/>
      <w:r>
        <w:t>culto</w:t>
      </w:r>
      <w:proofErr w:type="spellEnd"/>
      <w:r>
        <w:t xml:space="preserve"> </w:t>
      </w:r>
      <w:proofErr w:type="spellStart"/>
      <w:r>
        <w:t>locatário</w:t>
      </w:r>
      <w:proofErr w:type="spellEnd"/>
      <w:r>
        <w:t xml:space="preserve"> do </w:t>
      </w:r>
      <w:proofErr w:type="spellStart"/>
      <w:r>
        <w:t>bem</w:t>
      </w:r>
      <w:proofErr w:type="spellEnd"/>
      <w:r>
        <w:t xml:space="preserve"> </w:t>
      </w:r>
      <w:proofErr w:type="spellStart"/>
      <w:r>
        <w:t>imóvel</w:t>
      </w:r>
      <w:proofErr w:type="spellEnd"/>
    </w:p>
    <w:p w:rsidR="005C76A6" w:rsidRDefault="005C76A6" w:rsidP="005C76A6">
      <w:pPr>
        <w:pStyle w:val="DocBullet"/>
        <w:numPr>
          <w:ilvl w:val="0"/>
          <w:numId w:val="12"/>
        </w:numPr>
      </w:pPr>
      <w:proofErr w:type="spellStart"/>
      <w:r>
        <w:t>Sindicato</w:t>
      </w:r>
      <w:proofErr w:type="spellEnd"/>
      <w:r>
        <w:t xml:space="preserve"> dos </w:t>
      </w:r>
      <w:proofErr w:type="spellStart"/>
      <w:r>
        <w:t>trabalhadores</w:t>
      </w:r>
      <w:proofErr w:type="spellEnd"/>
    </w:p>
    <w:p w:rsidR="005C76A6" w:rsidRDefault="005C76A6" w:rsidP="005C76A6">
      <w:pPr>
        <w:pStyle w:val="DocBullet"/>
        <w:numPr>
          <w:ilvl w:val="0"/>
          <w:numId w:val="12"/>
        </w:numPr>
      </w:pPr>
      <w:proofErr w:type="spellStart"/>
      <w:r>
        <w:t>Instituições</w:t>
      </w:r>
      <w:proofErr w:type="spellEnd"/>
      <w:r>
        <w:t xml:space="preserve"> de </w:t>
      </w:r>
      <w:proofErr w:type="spellStart"/>
      <w:r>
        <w:t>Educação</w:t>
      </w:r>
      <w:proofErr w:type="spellEnd"/>
      <w:r>
        <w:t xml:space="preserve"> </w:t>
      </w:r>
      <w:proofErr w:type="spellStart"/>
      <w:r>
        <w:t>sem</w:t>
      </w:r>
      <w:proofErr w:type="spellEnd"/>
      <w:r>
        <w:t xml:space="preserve"> fins </w:t>
      </w:r>
      <w:proofErr w:type="spellStart"/>
      <w:r>
        <w:t>lucrativos</w:t>
      </w:r>
      <w:proofErr w:type="spellEnd"/>
    </w:p>
    <w:p w:rsidR="005C76A6" w:rsidRDefault="005C76A6" w:rsidP="005C76A6">
      <w:pPr>
        <w:pStyle w:val="DocBullet"/>
        <w:numPr>
          <w:ilvl w:val="0"/>
          <w:numId w:val="12"/>
        </w:numPr>
      </w:pPr>
      <w:proofErr w:type="spellStart"/>
      <w:r>
        <w:t>Instituições</w:t>
      </w:r>
      <w:proofErr w:type="spellEnd"/>
      <w:r>
        <w:t xml:space="preserve"> de </w:t>
      </w:r>
      <w:proofErr w:type="spellStart"/>
      <w:r>
        <w:t>Assistência</w:t>
      </w:r>
      <w:proofErr w:type="spellEnd"/>
      <w:r>
        <w:t xml:space="preserve"> Social </w:t>
      </w:r>
      <w:proofErr w:type="spellStart"/>
      <w:r>
        <w:t>sem</w:t>
      </w:r>
      <w:proofErr w:type="spellEnd"/>
      <w:r>
        <w:t xml:space="preserve"> fins </w:t>
      </w:r>
      <w:proofErr w:type="spellStart"/>
      <w:r>
        <w:t>lucrativos</w:t>
      </w:r>
      <w:proofErr w:type="spellEnd"/>
    </w:p>
    <w:p w:rsidR="006B4D52" w:rsidRDefault="006B4D52">
      <w:pPr>
        <w:pStyle w:val="DocBullet"/>
      </w:pPr>
    </w:p>
    <w:tbl>
      <w:tblPr>
        <w:tblW w:w="0" w:type="auto"/>
        <w:tblLayout w:type="fixed"/>
        <w:tblLook w:val="04A0"/>
      </w:tblPr>
      <w:tblGrid>
        <w:gridCol w:w="10092"/>
      </w:tblGrid>
      <w:tr w:rsidR="00566C20">
        <w:tc>
          <w:tcPr>
            <w:tcW w:w="10092" w:type="dxa"/>
            <w:shd w:val="clear" w:color="auto" w:fill="FFF2E7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:rsidR="00566C20" w:rsidRDefault="007745C6">
            <w:pPr>
              <w:spacing w:after="0"/>
            </w:pPr>
            <w:r>
              <w:rPr>
                <w:b/>
                <w:color w:val="106E91"/>
              </w:rPr>
              <w:t xml:space="preserve">ETAPA </w:t>
            </w:r>
            <w:proofErr w:type="gramStart"/>
            <w:r>
              <w:rPr>
                <w:b/>
                <w:color w:val="106E91"/>
              </w:rPr>
              <w:t xml:space="preserve">INDISPENSÁVEL  </w:t>
            </w:r>
            <w:r>
              <w:t>Clique</w:t>
            </w:r>
            <w:proofErr w:type="gramEnd"/>
            <w:r>
              <w:t xml:space="preserve"> em “SALVAR” antes de fechar o formulário. Salvar apenas registra o texto: ainda é necessário anexar os PDFs e clicar em “Peticionar”.</w:t>
            </w:r>
          </w:p>
        </w:tc>
      </w:tr>
    </w:tbl>
    <w:p w:rsidR="006B4D52" w:rsidRDefault="006B4D52" w:rsidP="006B4D52">
      <w:pPr>
        <w:pageBreakBefore/>
        <w:spacing w:after="140"/>
      </w:pPr>
      <w:r>
        <w:rPr>
          <w:b/>
          <w:color w:val="173B54"/>
          <w:sz w:val="30"/>
        </w:rPr>
        <w:lastRenderedPageBreak/>
        <w:t>PREENCHA O FORMULÁRIO MUNICIPAL</w:t>
      </w:r>
    </w:p>
    <w:p w:rsidR="006B4D52" w:rsidRDefault="006B4D52" w:rsidP="006B4D52">
      <w:pPr>
        <w:spacing w:after="160"/>
      </w:pPr>
      <w:r>
        <w:t xml:space="preserve">O </w:t>
      </w:r>
      <w:proofErr w:type="spellStart"/>
      <w:r>
        <w:t>fo</w:t>
      </w:r>
      <w:r w:rsidR="005C76A6">
        <w:t>rmulário</w:t>
      </w:r>
      <w:proofErr w:type="spellEnd"/>
      <w:r w:rsidR="005C76A6">
        <w:t xml:space="preserve"> “</w:t>
      </w:r>
      <w:proofErr w:type="spellStart"/>
      <w:r w:rsidR="005C76A6">
        <w:t>Solicitação</w:t>
      </w:r>
      <w:proofErr w:type="spellEnd"/>
      <w:r w:rsidR="005C76A6">
        <w:t xml:space="preserve"> de </w:t>
      </w:r>
      <w:proofErr w:type="spellStart"/>
      <w:r w:rsidR="005C76A6">
        <w:t>Imunidade</w:t>
      </w:r>
      <w:proofErr w:type="spellEnd"/>
      <w:r>
        <w:t xml:space="preserve"> de IPTU Pessoa </w:t>
      </w:r>
      <w:proofErr w:type="spellStart"/>
      <w:r>
        <w:t>Jurídica</w:t>
      </w:r>
      <w:proofErr w:type="spellEnd"/>
      <w:r>
        <w:t xml:space="preserve">” é </w:t>
      </w:r>
      <w:proofErr w:type="spellStart"/>
      <w:r>
        <w:t>diferente</w:t>
      </w:r>
      <w:proofErr w:type="spellEnd"/>
      <w:r>
        <w:t xml:space="preserve"> do </w:t>
      </w:r>
      <w:proofErr w:type="spellStart"/>
      <w:r>
        <w:t>documento</w:t>
      </w:r>
      <w:proofErr w:type="spellEnd"/>
      <w:r>
        <w:t xml:space="preserve"> “Protocolo </w:t>
      </w:r>
      <w:proofErr w:type="spellStart"/>
      <w:r>
        <w:t>geral</w:t>
      </w:r>
      <w:proofErr w:type="spellEnd"/>
      <w:r>
        <w:t xml:space="preserve">” do SEI. </w:t>
      </w:r>
      <w:proofErr w:type="spellStart"/>
      <w:proofErr w:type="gramStart"/>
      <w:r>
        <w:t>Preencha</w:t>
      </w:r>
      <w:proofErr w:type="spellEnd"/>
      <w:r>
        <w:t xml:space="preserve">, </w:t>
      </w:r>
      <w:proofErr w:type="spellStart"/>
      <w:r>
        <w:t>assine</w:t>
      </w:r>
      <w:proofErr w:type="spellEnd"/>
      <w:r>
        <w:t xml:space="preserve"> e </w:t>
      </w:r>
      <w:proofErr w:type="spellStart"/>
      <w:r>
        <w:t>anexe</w:t>
      </w:r>
      <w:proofErr w:type="spellEnd"/>
      <w:r>
        <w:t xml:space="preserve"> o </w:t>
      </w:r>
      <w:proofErr w:type="spellStart"/>
      <w:r>
        <w:t>formulário</w:t>
      </w:r>
      <w:proofErr w:type="spellEnd"/>
      <w:r>
        <w:t xml:space="preserve"> </w:t>
      </w:r>
      <w:proofErr w:type="spellStart"/>
      <w:r>
        <w:t>inteiro</w:t>
      </w:r>
      <w:proofErr w:type="spellEnd"/>
      <w:r>
        <w:t xml:space="preserve"> em PDF.</w:t>
      </w:r>
      <w:proofErr w:type="gramEnd"/>
    </w:p>
    <w:p w:rsidR="006B4D52" w:rsidRDefault="006B4D52" w:rsidP="006B4D52">
      <w:pPr>
        <w:spacing w:before="80" w:after="80"/>
      </w:pPr>
      <w:proofErr w:type="gramStart"/>
      <w:r>
        <w:rPr>
          <w:b/>
          <w:color w:val="173B54"/>
          <w:sz w:val="24"/>
        </w:rPr>
        <w:t>7  Prepare</w:t>
      </w:r>
      <w:proofErr w:type="gramEnd"/>
      <w:r>
        <w:rPr>
          <w:b/>
          <w:color w:val="173B54"/>
          <w:sz w:val="24"/>
        </w:rPr>
        <w:t xml:space="preserve"> o </w:t>
      </w:r>
      <w:proofErr w:type="spellStart"/>
      <w:r>
        <w:rPr>
          <w:b/>
          <w:color w:val="173B54"/>
          <w:sz w:val="24"/>
        </w:rPr>
        <w:t>formulário</w:t>
      </w:r>
      <w:proofErr w:type="spellEnd"/>
      <w:r>
        <w:rPr>
          <w:b/>
          <w:color w:val="173B54"/>
          <w:sz w:val="24"/>
        </w:rPr>
        <w:t xml:space="preserve"> de </w:t>
      </w:r>
      <w:proofErr w:type="spellStart"/>
      <w:r>
        <w:rPr>
          <w:b/>
          <w:color w:val="173B54"/>
          <w:sz w:val="24"/>
        </w:rPr>
        <w:t>solicitação</w:t>
      </w:r>
      <w:proofErr w:type="spellEnd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257"/>
      </w:tblGrid>
      <w:tr w:rsidR="006B4D52" w:rsidTr="00BE3E00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6F9"/>
            <w:tcMar>
              <w:left w:w="108" w:type="dxa"/>
              <w:right w:w="108" w:type="dxa"/>
            </w:tcMar>
          </w:tcPr>
          <w:p w:rsidR="006B4D52" w:rsidRDefault="006B4D52" w:rsidP="00BE3E00">
            <w:pPr>
              <w:spacing w:after="20"/>
            </w:pPr>
            <w:r>
              <w:rPr>
                <w:b/>
                <w:color w:val="007B96"/>
                <w:sz w:val="20"/>
              </w:rPr>
              <w:t xml:space="preserve">Dados da </w:t>
            </w:r>
            <w:proofErr w:type="spellStart"/>
            <w:r>
              <w:rPr>
                <w:b/>
                <w:color w:val="007B96"/>
                <w:sz w:val="20"/>
              </w:rPr>
              <w:t>entidade</w:t>
            </w:r>
            <w:proofErr w:type="spellEnd"/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6B4D52" w:rsidRDefault="006B4D52" w:rsidP="00BE3E00">
            <w:pPr>
              <w:spacing w:after="20"/>
            </w:pPr>
            <w:proofErr w:type="spellStart"/>
            <w:r>
              <w:rPr>
                <w:sz w:val="20"/>
              </w:rPr>
              <w:t>Razão</w:t>
            </w:r>
            <w:proofErr w:type="spellEnd"/>
            <w:r>
              <w:rPr>
                <w:sz w:val="20"/>
              </w:rPr>
              <w:t xml:space="preserve"> social e CNPJ.</w:t>
            </w:r>
          </w:p>
        </w:tc>
      </w:tr>
    </w:tbl>
    <w:p w:rsidR="006B4D52" w:rsidRDefault="006B4D52" w:rsidP="006B4D52">
      <w:pPr>
        <w:spacing w:after="20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257"/>
      </w:tblGrid>
      <w:tr w:rsidR="006B4D52" w:rsidTr="00BE3E00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6F9"/>
            <w:tcMar>
              <w:left w:w="108" w:type="dxa"/>
              <w:right w:w="108" w:type="dxa"/>
            </w:tcMar>
          </w:tcPr>
          <w:p w:rsidR="006B4D52" w:rsidRDefault="006B4D52" w:rsidP="00BE3E00">
            <w:pPr>
              <w:spacing w:after="20"/>
            </w:pPr>
            <w:proofErr w:type="spellStart"/>
            <w:r>
              <w:rPr>
                <w:b/>
                <w:color w:val="007B96"/>
                <w:sz w:val="20"/>
              </w:rPr>
              <w:t>Representante</w:t>
            </w:r>
            <w:proofErr w:type="spellEnd"/>
            <w:r>
              <w:rPr>
                <w:b/>
                <w:color w:val="007B96"/>
                <w:sz w:val="20"/>
              </w:rPr>
              <w:t xml:space="preserve"> </w:t>
            </w:r>
            <w:proofErr w:type="spellStart"/>
            <w:r>
              <w:rPr>
                <w:b/>
                <w:color w:val="007B96"/>
                <w:sz w:val="20"/>
              </w:rPr>
              <w:t>ou</w:t>
            </w:r>
            <w:proofErr w:type="spellEnd"/>
            <w:r>
              <w:rPr>
                <w:b/>
                <w:color w:val="007B96"/>
                <w:sz w:val="20"/>
              </w:rPr>
              <w:t xml:space="preserve"> </w:t>
            </w:r>
            <w:proofErr w:type="spellStart"/>
            <w:r>
              <w:rPr>
                <w:b/>
                <w:color w:val="007B96"/>
                <w:sz w:val="20"/>
              </w:rPr>
              <w:t>procurador</w:t>
            </w:r>
            <w:proofErr w:type="spellEnd"/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6B4D52" w:rsidRDefault="006B4D52" w:rsidP="00BE3E00">
            <w:pPr>
              <w:spacing w:after="20"/>
            </w:pPr>
            <w:r>
              <w:rPr>
                <w:sz w:val="20"/>
              </w:rPr>
              <w:t xml:space="preserve">Nome, CPF, RG/RNE, </w:t>
            </w:r>
            <w:proofErr w:type="spellStart"/>
            <w:r>
              <w:rPr>
                <w:sz w:val="20"/>
              </w:rPr>
              <w:t>telefone</w:t>
            </w:r>
            <w:proofErr w:type="spellEnd"/>
            <w:r>
              <w:rPr>
                <w:sz w:val="20"/>
              </w:rPr>
              <w:t xml:space="preserve"> e e-mail de </w:t>
            </w:r>
            <w:proofErr w:type="spellStart"/>
            <w:r>
              <w:rPr>
                <w:sz w:val="20"/>
              </w:rPr>
              <w:t>contato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:rsidR="006B4D52" w:rsidRDefault="006B4D52" w:rsidP="006B4D52">
      <w:pPr>
        <w:spacing w:after="20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257"/>
      </w:tblGrid>
      <w:tr w:rsidR="006B4D52" w:rsidTr="00BE3E00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6F9"/>
            <w:tcMar>
              <w:left w:w="108" w:type="dxa"/>
              <w:right w:w="108" w:type="dxa"/>
            </w:tcMar>
          </w:tcPr>
          <w:p w:rsidR="006B4D52" w:rsidRDefault="006B4D52" w:rsidP="00BE3E00">
            <w:pPr>
              <w:spacing w:after="20"/>
            </w:pPr>
            <w:r>
              <w:rPr>
                <w:b/>
                <w:color w:val="007B96"/>
                <w:sz w:val="20"/>
              </w:rPr>
              <w:t xml:space="preserve">Dados do </w:t>
            </w:r>
            <w:proofErr w:type="spellStart"/>
            <w:r>
              <w:rPr>
                <w:b/>
                <w:color w:val="007B96"/>
                <w:sz w:val="20"/>
              </w:rPr>
              <w:t>imóvel</w:t>
            </w:r>
            <w:proofErr w:type="spellEnd"/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6B4D52" w:rsidRDefault="006B4D52" w:rsidP="00BE3E00">
            <w:pPr>
              <w:spacing w:after="20"/>
            </w:pPr>
            <w:proofErr w:type="spellStart"/>
            <w:r>
              <w:rPr>
                <w:sz w:val="20"/>
              </w:rPr>
              <w:t>Inscrição</w:t>
            </w:r>
            <w:proofErr w:type="spellEnd"/>
            <w:r>
              <w:rPr>
                <w:sz w:val="20"/>
              </w:rPr>
              <w:t xml:space="preserve"> cadastral do IPTU, </w:t>
            </w:r>
            <w:proofErr w:type="spellStart"/>
            <w:r>
              <w:rPr>
                <w:sz w:val="20"/>
              </w:rPr>
              <w:t>endereço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completo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número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complemento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bairro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:rsidR="006B4D52" w:rsidRDefault="006B4D52" w:rsidP="006B4D52">
      <w:pPr>
        <w:spacing w:after="20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257"/>
      </w:tblGrid>
      <w:tr w:rsidR="006B4D52" w:rsidTr="00BE3E00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6F9"/>
            <w:tcMar>
              <w:left w:w="108" w:type="dxa"/>
              <w:right w:w="108" w:type="dxa"/>
            </w:tcMar>
          </w:tcPr>
          <w:p w:rsidR="006B4D52" w:rsidRDefault="006B4D52" w:rsidP="00BE3E00">
            <w:pPr>
              <w:spacing w:after="20"/>
            </w:pPr>
            <w:proofErr w:type="spellStart"/>
            <w:r>
              <w:rPr>
                <w:b/>
                <w:color w:val="007B96"/>
                <w:sz w:val="20"/>
              </w:rPr>
              <w:t>Modalidade</w:t>
            </w:r>
            <w:proofErr w:type="spellEnd"/>
            <w:r>
              <w:rPr>
                <w:b/>
                <w:color w:val="007B96"/>
                <w:sz w:val="20"/>
              </w:rPr>
              <w:t xml:space="preserve"> de </w:t>
            </w:r>
            <w:proofErr w:type="spellStart"/>
            <w:r>
              <w:rPr>
                <w:b/>
                <w:color w:val="007B96"/>
                <w:sz w:val="20"/>
              </w:rPr>
              <w:t>isenção</w:t>
            </w:r>
            <w:proofErr w:type="spellEnd"/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6B4D52" w:rsidRDefault="006B4D52" w:rsidP="00BE3E00">
            <w:pPr>
              <w:spacing w:after="20"/>
            </w:pPr>
            <w:proofErr w:type="spellStart"/>
            <w:r>
              <w:rPr>
                <w:sz w:val="20"/>
              </w:rPr>
              <w:t>Assinale</w:t>
            </w:r>
            <w:proofErr w:type="spellEnd"/>
            <w:r>
              <w:rPr>
                <w:sz w:val="20"/>
              </w:rPr>
              <w:t xml:space="preserve"> com um X </w:t>
            </w:r>
            <w:proofErr w:type="spellStart"/>
            <w:r>
              <w:rPr>
                <w:sz w:val="20"/>
              </w:rPr>
              <w:t>uma</w:t>
            </w:r>
            <w:proofErr w:type="spellEnd"/>
            <w:r>
              <w:rPr>
                <w:sz w:val="20"/>
              </w:rPr>
              <w:t xml:space="preserve"> das </w:t>
            </w:r>
            <w:proofErr w:type="spellStart"/>
            <w:r>
              <w:rPr>
                <w:sz w:val="20"/>
              </w:rPr>
              <w:t>oito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condições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apresentadas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primeira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página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deste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guia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:rsidR="006B4D52" w:rsidRDefault="006B4D52" w:rsidP="006B4D52">
      <w:pPr>
        <w:spacing w:after="20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2834"/>
        <w:gridCol w:w="7257"/>
      </w:tblGrid>
      <w:tr w:rsidR="006B4D52" w:rsidTr="00BE3E00"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6F9"/>
            <w:tcMar>
              <w:left w:w="108" w:type="dxa"/>
              <w:right w:w="108" w:type="dxa"/>
            </w:tcMar>
          </w:tcPr>
          <w:p w:rsidR="006B4D52" w:rsidRDefault="006B4D52" w:rsidP="00BE3E00">
            <w:pPr>
              <w:spacing w:after="20"/>
            </w:pPr>
            <w:proofErr w:type="spellStart"/>
            <w:r>
              <w:rPr>
                <w:b/>
                <w:color w:val="007B96"/>
                <w:sz w:val="20"/>
              </w:rPr>
              <w:t>Notificações</w:t>
            </w:r>
            <w:proofErr w:type="spellEnd"/>
            <w:r>
              <w:rPr>
                <w:b/>
                <w:color w:val="007B96"/>
                <w:sz w:val="20"/>
              </w:rPr>
              <w:t xml:space="preserve"> e </w:t>
            </w:r>
            <w:proofErr w:type="spellStart"/>
            <w:r>
              <w:rPr>
                <w:b/>
                <w:color w:val="007B96"/>
                <w:sz w:val="20"/>
              </w:rPr>
              <w:t>assinatura</w:t>
            </w:r>
            <w:proofErr w:type="spellEnd"/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6B4D52" w:rsidRDefault="006B4D52" w:rsidP="00BE3E00">
            <w:pPr>
              <w:spacing w:after="20"/>
            </w:pPr>
            <w:proofErr w:type="spellStart"/>
            <w:r>
              <w:rPr>
                <w:sz w:val="20"/>
              </w:rPr>
              <w:t>Preencha</w:t>
            </w:r>
            <w:proofErr w:type="spell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endereço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completo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para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notificações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informe</w:t>
            </w:r>
            <w:proofErr w:type="spellEnd"/>
            <w:r>
              <w:rPr>
                <w:sz w:val="20"/>
              </w:rPr>
              <w:t xml:space="preserve"> a data e </w:t>
            </w:r>
            <w:proofErr w:type="spellStart"/>
            <w:r>
              <w:rPr>
                <w:sz w:val="20"/>
              </w:rPr>
              <w:t>providencie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</w:t>
            </w:r>
            <w:proofErr w:type="gram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assinatura</w:t>
            </w:r>
            <w:proofErr w:type="spell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requerente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representante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outorgado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:rsidR="006B4D52" w:rsidRDefault="006B4D52" w:rsidP="006B4D52">
      <w:pPr>
        <w:spacing w:after="20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0091"/>
      </w:tblGrid>
      <w:tr w:rsidR="006B4D52" w:rsidTr="00BE3E00">
        <w:tc>
          <w:tcPr>
            <w:tcW w:w="10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F6F9"/>
            <w:tcMar>
              <w:left w:w="108" w:type="dxa"/>
              <w:right w:w="108" w:type="dxa"/>
            </w:tcMar>
          </w:tcPr>
          <w:p w:rsidR="006B4D52" w:rsidRDefault="006B4D52" w:rsidP="00BE3E00">
            <w:pPr>
              <w:spacing w:after="0"/>
            </w:pPr>
            <w:r>
              <w:rPr>
                <w:b/>
                <w:color w:val="007B96"/>
                <w:sz w:val="20"/>
              </w:rPr>
              <w:t xml:space="preserve">ENVIO DO </w:t>
            </w:r>
            <w:proofErr w:type="gramStart"/>
            <w:r>
              <w:rPr>
                <w:b/>
                <w:color w:val="007B96"/>
                <w:sz w:val="20"/>
              </w:rPr>
              <w:t xml:space="preserve">FORMULÁRIO  </w:t>
            </w:r>
            <w:r>
              <w:rPr>
                <w:sz w:val="20"/>
              </w:rPr>
              <w:t>Digitalize</w:t>
            </w:r>
            <w:proofErr w:type="gram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formulário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preenchido</w:t>
            </w:r>
            <w:proofErr w:type="spellEnd"/>
            <w:r>
              <w:rPr>
                <w:sz w:val="20"/>
              </w:rPr>
              <w:t xml:space="preserve"> e </w:t>
            </w:r>
            <w:proofErr w:type="spellStart"/>
            <w:r>
              <w:rPr>
                <w:sz w:val="20"/>
              </w:rPr>
              <w:t>assinado</w:t>
            </w:r>
            <w:proofErr w:type="spellEnd"/>
            <w:r>
              <w:rPr>
                <w:sz w:val="20"/>
              </w:rPr>
              <w:t xml:space="preserve"> em um </w:t>
            </w:r>
            <w:proofErr w:type="spellStart"/>
            <w:r>
              <w:rPr>
                <w:sz w:val="20"/>
              </w:rPr>
              <w:t>único</w:t>
            </w:r>
            <w:proofErr w:type="spellEnd"/>
            <w:r>
              <w:rPr>
                <w:sz w:val="20"/>
              </w:rPr>
              <w:t xml:space="preserve"> PDF </w:t>
            </w:r>
            <w:proofErr w:type="spellStart"/>
            <w:r>
              <w:rPr>
                <w:sz w:val="20"/>
              </w:rPr>
              <w:t>legível</w:t>
            </w:r>
            <w:proofErr w:type="spellEnd"/>
            <w:r>
              <w:rPr>
                <w:sz w:val="20"/>
              </w:rPr>
              <w:t xml:space="preserve">, com </w:t>
            </w:r>
            <w:proofErr w:type="spellStart"/>
            <w:r>
              <w:rPr>
                <w:sz w:val="20"/>
              </w:rPr>
              <w:t>todas</w:t>
            </w:r>
            <w:proofErr w:type="spellEnd"/>
            <w:r>
              <w:rPr>
                <w:sz w:val="20"/>
              </w:rPr>
              <w:t xml:space="preserve"> as </w:t>
            </w:r>
            <w:proofErr w:type="spellStart"/>
            <w:r>
              <w:rPr>
                <w:sz w:val="20"/>
              </w:rPr>
              <w:t>páginas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aplicáveis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:rsidR="006B4D52" w:rsidRDefault="006B4D52" w:rsidP="006B4D52"/>
    <w:p w:rsidR="006B4D52" w:rsidRDefault="006B4D52" w:rsidP="006B4D52">
      <w:pPr>
        <w:spacing w:after="140"/>
      </w:pPr>
      <w:proofErr w:type="spellStart"/>
      <w:r>
        <w:rPr>
          <w:b/>
          <w:color w:val="173B54"/>
          <w:sz w:val="30"/>
        </w:rPr>
        <w:t>Prazo</w:t>
      </w:r>
      <w:proofErr w:type="spellEnd"/>
      <w:r>
        <w:rPr>
          <w:b/>
          <w:color w:val="173B54"/>
          <w:sz w:val="30"/>
        </w:rPr>
        <w:t xml:space="preserve"> </w:t>
      </w:r>
      <w:proofErr w:type="spellStart"/>
      <w:r>
        <w:rPr>
          <w:b/>
          <w:color w:val="173B54"/>
          <w:sz w:val="30"/>
        </w:rPr>
        <w:t>indicado</w:t>
      </w:r>
      <w:proofErr w:type="spellEnd"/>
      <w:r>
        <w:rPr>
          <w:b/>
          <w:color w:val="173B54"/>
          <w:sz w:val="30"/>
        </w:rPr>
        <w:t xml:space="preserve"> no </w:t>
      </w:r>
      <w:proofErr w:type="spellStart"/>
      <w:r>
        <w:rPr>
          <w:b/>
          <w:color w:val="173B54"/>
          <w:sz w:val="30"/>
        </w:rPr>
        <w:t>formulário</w:t>
      </w:r>
      <w:proofErr w:type="spellEnd"/>
      <w:r>
        <w:rPr>
          <w:b/>
          <w:color w:val="173B54"/>
          <w:sz w:val="30"/>
        </w:rPr>
        <w:t xml:space="preserve"> de 2026</w:t>
      </w:r>
    </w:p>
    <w:p w:rsidR="006B4D52" w:rsidRDefault="006B4D52" w:rsidP="006B4D52">
      <w:pPr>
        <w:spacing w:after="100"/>
      </w:pPr>
      <w:r>
        <w:t xml:space="preserve">O </w:t>
      </w:r>
      <w:proofErr w:type="spellStart"/>
      <w:r>
        <w:t>formulário</w:t>
      </w:r>
      <w:proofErr w:type="spellEnd"/>
      <w:r>
        <w:t xml:space="preserve"> </w:t>
      </w:r>
      <w:proofErr w:type="spellStart"/>
      <w:r>
        <w:t>informa</w:t>
      </w:r>
      <w:proofErr w:type="spellEnd"/>
      <w:r>
        <w:t xml:space="preserve"> </w:t>
      </w:r>
      <w:proofErr w:type="spellStart"/>
      <w:r>
        <w:t>entrega</w:t>
      </w:r>
      <w:proofErr w:type="spellEnd"/>
      <w:r>
        <w:t xml:space="preserve"> </w:t>
      </w:r>
      <w:proofErr w:type="spellStart"/>
      <w:r>
        <w:t>até</w:t>
      </w:r>
      <w:proofErr w:type="spellEnd"/>
      <w:r>
        <w:t xml:space="preserve"> o </w:t>
      </w:r>
      <w:proofErr w:type="spellStart"/>
      <w:r>
        <w:t>último</w:t>
      </w:r>
      <w:proofErr w:type="spellEnd"/>
      <w:r>
        <w:t xml:space="preserve"> </w:t>
      </w:r>
      <w:proofErr w:type="spellStart"/>
      <w:r>
        <w:t>dia</w:t>
      </w:r>
      <w:proofErr w:type="spellEnd"/>
      <w:r>
        <w:t xml:space="preserve"> </w:t>
      </w:r>
      <w:proofErr w:type="spellStart"/>
      <w:r>
        <w:t>útil</w:t>
      </w:r>
      <w:proofErr w:type="spellEnd"/>
      <w:r>
        <w:t xml:space="preserve"> d</w:t>
      </w:r>
      <w:r w:rsidR="005C76A6">
        <w:t xml:space="preserve">e </w:t>
      </w:r>
      <w:proofErr w:type="spellStart"/>
      <w:r w:rsidR="005C76A6">
        <w:t>dezembro</w:t>
      </w:r>
      <w:proofErr w:type="spellEnd"/>
      <w:r w:rsidR="005C76A6">
        <w:t xml:space="preserve"> e </w:t>
      </w:r>
      <w:proofErr w:type="spellStart"/>
      <w:r w:rsidR="005C76A6">
        <w:t>validade</w:t>
      </w:r>
      <w:proofErr w:type="spellEnd"/>
      <w:r w:rsidR="005C76A6">
        <w:t xml:space="preserve"> da </w:t>
      </w:r>
      <w:proofErr w:type="spellStart"/>
      <w:r w:rsidR="005C76A6">
        <w:t>imunidade</w:t>
      </w:r>
      <w:proofErr w:type="spellEnd"/>
      <w:r>
        <w:t xml:space="preserve">,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deferida</w:t>
      </w:r>
      <w:proofErr w:type="spellEnd"/>
      <w:r>
        <w:t xml:space="preserve">, </w:t>
      </w:r>
      <w:proofErr w:type="spellStart"/>
      <w:r>
        <w:t>para</w:t>
      </w:r>
      <w:proofErr w:type="spellEnd"/>
      <w:r>
        <w:t xml:space="preserve"> o </w:t>
      </w:r>
      <w:proofErr w:type="spellStart"/>
      <w:r>
        <w:t>exercício</w:t>
      </w:r>
      <w:proofErr w:type="spellEnd"/>
      <w:r>
        <w:t xml:space="preserve"> </w:t>
      </w:r>
      <w:proofErr w:type="spellStart"/>
      <w:r>
        <w:t>seguinte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protocolo</w:t>
      </w:r>
      <w:proofErr w:type="spellEnd"/>
      <w:r>
        <w:t xml:space="preserve">. </w:t>
      </w:r>
      <w:proofErr w:type="spellStart"/>
      <w:r>
        <w:t>Confirme</w:t>
      </w:r>
      <w:proofErr w:type="spellEnd"/>
      <w:r>
        <w:t xml:space="preserve"> o </w:t>
      </w:r>
      <w:proofErr w:type="spellStart"/>
      <w:r>
        <w:t>prazo</w:t>
      </w:r>
      <w:proofErr w:type="spellEnd"/>
      <w:r>
        <w:t xml:space="preserve"> </w:t>
      </w:r>
      <w:proofErr w:type="spellStart"/>
      <w:r>
        <w:t>vigente</w:t>
      </w:r>
      <w:proofErr w:type="spellEnd"/>
      <w:r>
        <w:t xml:space="preserve"> antes de </w:t>
      </w:r>
      <w:proofErr w:type="spellStart"/>
      <w:r>
        <w:t>enviar</w:t>
      </w:r>
      <w:proofErr w:type="spellEnd"/>
      <w:r>
        <w:t>.</w:t>
      </w:r>
    </w:p>
    <w:p w:rsidR="005C76A6" w:rsidRDefault="005C76A6" w:rsidP="006B4D52">
      <w:pPr>
        <w:spacing w:after="100"/>
      </w:pPr>
    </w:p>
    <w:p w:rsidR="005C76A6" w:rsidRPr="00E17EBF" w:rsidRDefault="005C76A6" w:rsidP="005C76A6">
      <w:pPr>
        <w:jc w:val="center"/>
        <w:rPr>
          <w:rFonts w:cs="Arial"/>
          <w:bCs/>
          <w:sz w:val="22"/>
        </w:rPr>
      </w:pPr>
      <w:r w:rsidRPr="00E17EBF">
        <w:rPr>
          <w:rFonts w:cs="Arial"/>
          <w:b/>
          <w:bCs/>
          <w:sz w:val="22"/>
          <w:u w:val="single"/>
        </w:rPr>
        <w:t>DOCUMENTAÇÃO OBRIGATÓRIA</w:t>
      </w:r>
      <w:r w:rsidRPr="00E17EBF">
        <w:rPr>
          <w:rFonts w:cs="Arial"/>
          <w:bCs/>
          <w:sz w:val="22"/>
        </w:rPr>
        <w:t>:</w:t>
      </w:r>
    </w:p>
    <w:p w:rsidR="005C76A6" w:rsidRDefault="005C76A6" w:rsidP="006B4D52">
      <w:pPr>
        <w:spacing w:after="100"/>
      </w:pPr>
    </w:p>
    <w:p w:rsidR="005C76A6" w:rsidRDefault="005C76A6" w:rsidP="005C76A6">
      <w:pPr>
        <w:pStyle w:val="PargrafodaLista"/>
        <w:numPr>
          <w:ilvl w:val="0"/>
          <w:numId w:val="15"/>
        </w:numPr>
        <w:spacing w:after="0" w:line="240" w:lineRule="auto"/>
        <w:contextualSpacing w:val="0"/>
        <w:rPr>
          <w:rFonts w:cs="Arial"/>
          <w:b/>
          <w:bCs/>
          <w:sz w:val="18"/>
          <w:szCs w:val="18"/>
          <w:u w:val="single"/>
        </w:rPr>
      </w:pPr>
      <w:proofErr w:type="spellStart"/>
      <w:r w:rsidRPr="00E17EBF">
        <w:rPr>
          <w:rFonts w:cs="Arial"/>
          <w:b/>
          <w:bCs/>
          <w:sz w:val="18"/>
          <w:szCs w:val="18"/>
          <w:u w:val="single"/>
        </w:rPr>
        <w:t>Entidades</w:t>
      </w:r>
      <w:proofErr w:type="spellEnd"/>
      <w:r w:rsidRPr="00E17EBF">
        <w:rPr>
          <w:rFonts w:cs="Arial"/>
          <w:b/>
          <w:bCs/>
          <w:sz w:val="18"/>
          <w:szCs w:val="18"/>
          <w:u w:val="single"/>
        </w:rPr>
        <w:t xml:space="preserve"> </w:t>
      </w:r>
      <w:proofErr w:type="spellStart"/>
      <w:r w:rsidRPr="00E17EBF">
        <w:rPr>
          <w:rFonts w:cs="Arial"/>
          <w:b/>
          <w:bCs/>
          <w:sz w:val="18"/>
          <w:szCs w:val="18"/>
          <w:u w:val="single"/>
        </w:rPr>
        <w:t>religiosas</w:t>
      </w:r>
      <w:proofErr w:type="spellEnd"/>
      <w:r w:rsidRPr="00E17EBF">
        <w:rPr>
          <w:rFonts w:cs="Arial"/>
          <w:b/>
          <w:bCs/>
          <w:sz w:val="18"/>
          <w:szCs w:val="18"/>
          <w:u w:val="single"/>
        </w:rPr>
        <w:t xml:space="preserve"> e </w:t>
      </w:r>
      <w:proofErr w:type="spellStart"/>
      <w:r w:rsidRPr="00E17EBF">
        <w:rPr>
          <w:rFonts w:cs="Arial"/>
          <w:b/>
          <w:bCs/>
          <w:sz w:val="18"/>
          <w:szCs w:val="18"/>
          <w:u w:val="single"/>
        </w:rPr>
        <w:t>templos</w:t>
      </w:r>
      <w:proofErr w:type="spellEnd"/>
      <w:r w:rsidRPr="00E17EBF">
        <w:rPr>
          <w:rFonts w:cs="Arial"/>
          <w:b/>
          <w:bCs/>
          <w:sz w:val="18"/>
          <w:szCs w:val="18"/>
          <w:u w:val="single"/>
        </w:rPr>
        <w:t xml:space="preserve"> de </w:t>
      </w:r>
      <w:proofErr w:type="spellStart"/>
      <w:r w:rsidRPr="00E17EBF">
        <w:rPr>
          <w:rFonts w:cs="Arial"/>
          <w:b/>
          <w:bCs/>
          <w:sz w:val="18"/>
          <w:szCs w:val="18"/>
          <w:u w:val="single"/>
        </w:rPr>
        <w:t>qualquer</w:t>
      </w:r>
      <w:proofErr w:type="spellEnd"/>
      <w:r w:rsidRPr="00E17EBF">
        <w:rPr>
          <w:rFonts w:cs="Arial"/>
          <w:b/>
          <w:bCs/>
          <w:sz w:val="18"/>
          <w:szCs w:val="18"/>
          <w:u w:val="single"/>
        </w:rPr>
        <w:t xml:space="preserve"> </w:t>
      </w:r>
      <w:proofErr w:type="spellStart"/>
      <w:r w:rsidRPr="00E17EBF">
        <w:rPr>
          <w:rFonts w:cs="Arial"/>
          <w:b/>
          <w:bCs/>
          <w:sz w:val="18"/>
          <w:szCs w:val="18"/>
          <w:u w:val="single"/>
        </w:rPr>
        <w:t>culto</w:t>
      </w:r>
      <w:proofErr w:type="spellEnd"/>
    </w:p>
    <w:p w:rsidR="005C76A6" w:rsidRPr="00D924D8" w:rsidRDefault="005C76A6" w:rsidP="005C76A6">
      <w:pPr>
        <w:pStyle w:val="PargrafodaLista"/>
        <w:ind w:left="142"/>
        <w:rPr>
          <w:rFonts w:cs="Arial"/>
          <w:b/>
          <w:bCs/>
          <w:sz w:val="12"/>
          <w:szCs w:val="12"/>
          <w:u w:val="single"/>
        </w:rPr>
      </w:pPr>
    </w:p>
    <w:p w:rsidR="005C76A6" w:rsidRDefault="005C76A6" w:rsidP="005C76A6">
      <w:pPr>
        <w:spacing w:before="60"/>
        <w:ind w:firstLine="142"/>
        <w:rPr>
          <w:rFonts w:cs="Arial"/>
          <w:b/>
          <w:bCs/>
          <w:sz w:val="16"/>
          <w:szCs w:val="16"/>
        </w:rPr>
      </w:pPr>
      <w:proofErr w:type="spellStart"/>
      <w:r w:rsidRPr="003E1CFC">
        <w:rPr>
          <w:rFonts w:cs="Arial"/>
          <w:b/>
          <w:bCs/>
          <w:sz w:val="16"/>
          <w:szCs w:val="16"/>
        </w:rPr>
        <w:t>Documentos</w:t>
      </w:r>
      <w:proofErr w:type="spellEnd"/>
      <w:r w:rsidRPr="003E1CFC">
        <w:rPr>
          <w:rFonts w:cs="Arial"/>
          <w:b/>
          <w:bCs/>
          <w:sz w:val="16"/>
          <w:szCs w:val="16"/>
        </w:rPr>
        <w:t xml:space="preserve"> a </w:t>
      </w:r>
      <w:proofErr w:type="spellStart"/>
      <w:r w:rsidRPr="003E1CFC">
        <w:rPr>
          <w:rFonts w:cs="Arial"/>
          <w:b/>
          <w:bCs/>
          <w:sz w:val="16"/>
          <w:szCs w:val="16"/>
        </w:rPr>
        <w:t>serem</w:t>
      </w:r>
      <w:proofErr w:type="spellEnd"/>
      <w:r w:rsidRPr="003E1CFC">
        <w:rPr>
          <w:rFonts w:cs="Arial"/>
          <w:b/>
          <w:bCs/>
          <w:sz w:val="16"/>
          <w:szCs w:val="16"/>
        </w:rPr>
        <w:t xml:space="preserve"> </w:t>
      </w:r>
      <w:proofErr w:type="spellStart"/>
      <w:r w:rsidRPr="003E1CFC">
        <w:rPr>
          <w:rFonts w:cs="Arial"/>
          <w:b/>
          <w:bCs/>
          <w:sz w:val="16"/>
          <w:szCs w:val="16"/>
        </w:rPr>
        <w:t>apresentados</w:t>
      </w:r>
      <w:proofErr w:type="spellEnd"/>
      <w:r>
        <w:rPr>
          <w:rFonts w:cs="Arial"/>
          <w:b/>
          <w:bCs/>
          <w:sz w:val="16"/>
          <w:szCs w:val="16"/>
        </w:rPr>
        <w:t xml:space="preserve"> (CÓPIA SIMPLES):</w:t>
      </w:r>
    </w:p>
    <w:p w:rsidR="005C76A6" w:rsidRPr="00DE69CC" w:rsidRDefault="005C76A6" w:rsidP="005C76A6">
      <w:pPr>
        <w:pStyle w:val="PargrafodaLista"/>
        <w:numPr>
          <w:ilvl w:val="0"/>
          <w:numId w:val="13"/>
        </w:numPr>
        <w:spacing w:before="60" w:after="0" w:line="240" w:lineRule="auto"/>
        <w:ind w:left="142" w:hanging="153"/>
        <w:contextualSpacing w:val="0"/>
        <w:rPr>
          <w:rFonts w:cs="Arial"/>
          <w:sz w:val="16"/>
          <w:szCs w:val="16"/>
        </w:rPr>
      </w:pPr>
      <w:r w:rsidRPr="003E1CFC">
        <w:rPr>
          <w:rFonts w:cs="Arial"/>
          <w:sz w:val="16"/>
          <w:szCs w:val="16"/>
        </w:rPr>
        <w:t xml:space="preserve">RG e CPF do </w:t>
      </w:r>
      <w:proofErr w:type="spellStart"/>
      <w:r w:rsidRPr="003E1CFC">
        <w:rPr>
          <w:rFonts w:cs="Arial"/>
          <w:sz w:val="16"/>
          <w:szCs w:val="16"/>
        </w:rPr>
        <w:t>re</w:t>
      </w:r>
      <w:r>
        <w:rPr>
          <w:rFonts w:cs="Arial"/>
          <w:sz w:val="16"/>
          <w:szCs w:val="16"/>
        </w:rPr>
        <w:t>presentante</w:t>
      </w:r>
      <w:proofErr w:type="spellEnd"/>
      <w:r>
        <w:rPr>
          <w:rFonts w:cs="Arial"/>
          <w:sz w:val="16"/>
          <w:szCs w:val="16"/>
        </w:rPr>
        <w:t xml:space="preserve"> legal (</w:t>
      </w:r>
      <w:proofErr w:type="spellStart"/>
      <w:r>
        <w:rPr>
          <w:rFonts w:cs="Arial"/>
          <w:sz w:val="16"/>
          <w:szCs w:val="16"/>
        </w:rPr>
        <w:t>c</w:t>
      </w:r>
      <w:r w:rsidRPr="004D6B27">
        <w:rPr>
          <w:rFonts w:cs="Arial"/>
          <w:sz w:val="16"/>
          <w:szCs w:val="16"/>
        </w:rPr>
        <w:t>aso</w:t>
      </w:r>
      <w:proofErr w:type="spellEnd"/>
      <w:r w:rsidRPr="004D6B27">
        <w:rPr>
          <w:rFonts w:cs="Arial"/>
          <w:sz w:val="16"/>
          <w:szCs w:val="16"/>
        </w:rPr>
        <w:t xml:space="preserve"> </w:t>
      </w:r>
      <w:proofErr w:type="spellStart"/>
      <w:r w:rsidRPr="004D6B27">
        <w:rPr>
          <w:rFonts w:cs="Arial"/>
          <w:sz w:val="16"/>
          <w:szCs w:val="16"/>
        </w:rPr>
        <w:t>seja</w:t>
      </w:r>
      <w:proofErr w:type="spellEnd"/>
      <w:r w:rsidRPr="004D6B27">
        <w:rPr>
          <w:rFonts w:cs="Arial"/>
          <w:sz w:val="16"/>
          <w:szCs w:val="16"/>
        </w:rPr>
        <w:t xml:space="preserve"> </w:t>
      </w:r>
      <w:proofErr w:type="spellStart"/>
      <w:r w:rsidRPr="004D6B27">
        <w:rPr>
          <w:rFonts w:cs="Arial"/>
          <w:sz w:val="16"/>
          <w:szCs w:val="16"/>
        </w:rPr>
        <w:t>procurador</w:t>
      </w:r>
      <w:proofErr w:type="spellEnd"/>
      <w:r w:rsidRPr="004D6B27">
        <w:rPr>
          <w:rFonts w:cs="Arial"/>
          <w:sz w:val="16"/>
          <w:szCs w:val="16"/>
        </w:rPr>
        <w:t xml:space="preserve">, </w:t>
      </w:r>
      <w:proofErr w:type="spellStart"/>
      <w:r w:rsidRPr="004D6B27">
        <w:rPr>
          <w:rFonts w:cs="Arial"/>
          <w:sz w:val="16"/>
          <w:szCs w:val="16"/>
        </w:rPr>
        <w:t>apresenta</w:t>
      </w:r>
      <w:r>
        <w:rPr>
          <w:rFonts w:cs="Arial"/>
          <w:sz w:val="16"/>
          <w:szCs w:val="16"/>
        </w:rPr>
        <w:t>r</w:t>
      </w:r>
      <w:proofErr w:type="spellEnd"/>
      <w:r w:rsidRPr="004D6B27">
        <w:rPr>
          <w:rFonts w:cs="Arial"/>
          <w:sz w:val="16"/>
          <w:szCs w:val="16"/>
        </w:rPr>
        <w:t xml:space="preserve"> </w:t>
      </w:r>
      <w:proofErr w:type="spellStart"/>
      <w:r>
        <w:rPr>
          <w:rFonts w:cs="Arial"/>
          <w:sz w:val="16"/>
          <w:szCs w:val="16"/>
        </w:rPr>
        <w:t>também</w:t>
      </w:r>
      <w:proofErr w:type="spellEnd"/>
      <w:r>
        <w:rPr>
          <w:rFonts w:cs="Arial"/>
          <w:sz w:val="16"/>
          <w:szCs w:val="16"/>
        </w:rPr>
        <w:t xml:space="preserve"> </w:t>
      </w:r>
      <w:proofErr w:type="spellStart"/>
      <w:r w:rsidRPr="004D6B27">
        <w:rPr>
          <w:rFonts w:cs="Arial"/>
          <w:sz w:val="16"/>
          <w:szCs w:val="16"/>
        </w:rPr>
        <w:t>procuração</w:t>
      </w:r>
      <w:proofErr w:type="spellEnd"/>
      <w:r>
        <w:rPr>
          <w:rFonts w:cs="Arial"/>
          <w:sz w:val="16"/>
          <w:szCs w:val="16"/>
        </w:rPr>
        <w:t xml:space="preserve">, RG e CPF do </w:t>
      </w:r>
      <w:proofErr w:type="spellStart"/>
      <w:r>
        <w:rPr>
          <w:rFonts w:cs="Arial"/>
          <w:sz w:val="16"/>
          <w:szCs w:val="16"/>
        </w:rPr>
        <w:t>procurador</w:t>
      </w:r>
      <w:proofErr w:type="spellEnd"/>
      <w:r w:rsidRPr="00DE69CC">
        <w:rPr>
          <w:rFonts w:cs="Arial"/>
          <w:sz w:val="16"/>
          <w:szCs w:val="16"/>
        </w:rPr>
        <w:t>)</w:t>
      </w:r>
      <w:r>
        <w:rPr>
          <w:rFonts w:cs="Arial"/>
          <w:sz w:val="16"/>
          <w:szCs w:val="16"/>
        </w:rPr>
        <w:t>;</w:t>
      </w:r>
    </w:p>
    <w:p w:rsidR="005C76A6" w:rsidRPr="003E1CFC" w:rsidRDefault="005C76A6" w:rsidP="005C76A6">
      <w:pPr>
        <w:pStyle w:val="PargrafodaLista"/>
        <w:numPr>
          <w:ilvl w:val="0"/>
          <w:numId w:val="13"/>
        </w:numPr>
        <w:spacing w:before="60" w:after="0" w:line="240" w:lineRule="auto"/>
        <w:ind w:left="142" w:hanging="153"/>
        <w:contextualSpacing w:val="0"/>
        <w:rPr>
          <w:rFonts w:cs="Arial"/>
          <w:sz w:val="16"/>
          <w:szCs w:val="16"/>
        </w:rPr>
      </w:pPr>
      <w:proofErr w:type="spellStart"/>
      <w:r w:rsidRPr="003E1CFC">
        <w:rPr>
          <w:rFonts w:cs="Arial"/>
          <w:sz w:val="16"/>
          <w:szCs w:val="16"/>
        </w:rPr>
        <w:t>Matrícula</w:t>
      </w:r>
      <w:proofErr w:type="spellEnd"/>
      <w:r w:rsidRPr="003E1CFC">
        <w:rPr>
          <w:rFonts w:cs="Arial"/>
          <w:sz w:val="16"/>
          <w:szCs w:val="16"/>
        </w:rPr>
        <w:t xml:space="preserve"> </w:t>
      </w:r>
      <w:proofErr w:type="spellStart"/>
      <w:r w:rsidRPr="003E1CFC">
        <w:rPr>
          <w:rFonts w:cs="Arial"/>
          <w:sz w:val="16"/>
          <w:szCs w:val="16"/>
        </w:rPr>
        <w:t>atualizada</w:t>
      </w:r>
      <w:proofErr w:type="spellEnd"/>
      <w:r w:rsidRPr="003E1CFC">
        <w:rPr>
          <w:rFonts w:cs="Arial"/>
          <w:sz w:val="16"/>
          <w:szCs w:val="16"/>
        </w:rPr>
        <w:t xml:space="preserve"> do </w:t>
      </w:r>
      <w:proofErr w:type="spellStart"/>
      <w:r w:rsidRPr="003E1CFC">
        <w:rPr>
          <w:rFonts w:cs="Arial"/>
          <w:sz w:val="16"/>
          <w:szCs w:val="16"/>
        </w:rPr>
        <w:t>imóvel</w:t>
      </w:r>
      <w:proofErr w:type="spellEnd"/>
      <w:r w:rsidRPr="003E1CFC">
        <w:rPr>
          <w:rFonts w:cs="Arial"/>
          <w:sz w:val="16"/>
          <w:szCs w:val="16"/>
        </w:rPr>
        <w:t>;</w:t>
      </w:r>
    </w:p>
    <w:p w:rsidR="005C76A6" w:rsidRDefault="005C76A6" w:rsidP="005C76A6">
      <w:pPr>
        <w:pStyle w:val="PargrafodaLista"/>
        <w:numPr>
          <w:ilvl w:val="0"/>
          <w:numId w:val="13"/>
        </w:numPr>
        <w:spacing w:before="40" w:after="0" w:line="240" w:lineRule="auto"/>
        <w:ind w:left="142" w:hanging="153"/>
        <w:contextualSpacing w:val="0"/>
        <w:rPr>
          <w:rFonts w:cs="Arial"/>
          <w:sz w:val="16"/>
          <w:szCs w:val="16"/>
        </w:rPr>
      </w:pPr>
      <w:proofErr w:type="spellStart"/>
      <w:r>
        <w:rPr>
          <w:rFonts w:cs="Arial"/>
          <w:sz w:val="16"/>
          <w:szCs w:val="16"/>
        </w:rPr>
        <w:t>Estatuto</w:t>
      </w:r>
      <w:proofErr w:type="spellEnd"/>
      <w:r>
        <w:rPr>
          <w:rFonts w:cs="Arial"/>
          <w:sz w:val="16"/>
          <w:szCs w:val="16"/>
        </w:rPr>
        <w:t>;</w:t>
      </w:r>
    </w:p>
    <w:p w:rsidR="005C76A6" w:rsidRPr="003E1CFC" w:rsidRDefault="005C76A6" w:rsidP="005C76A6">
      <w:pPr>
        <w:pStyle w:val="PargrafodaLista"/>
        <w:numPr>
          <w:ilvl w:val="0"/>
          <w:numId w:val="13"/>
        </w:numPr>
        <w:spacing w:before="40" w:after="0" w:line="240" w:lineRule="auto"/>
        <w:ind w:left="142" w:hanging="153"/>
        <w:contextualSpacing w:val="0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Ata </w:t>
      </w:r>
      <w:proofErr w:type="spellStart"/>
      <w:r>
        <w:rPr>
          <w:rFonts w:cs="Arial"/>
          <w:sz w:val="16"/>
          <w:szCs w:val="16"/>
        </w:rPr>
        <w:t>atualizada</w:t>
      </w:r>
      <w:proofErr w:type="spellEnd"/>
      <w:r>
        <w:rPr>
          <w:rFonts w:cs="Arial"/>
          <w:sz w:val="16"/>
          <w:szCs w:val="16"/>
        </w:rPr>
        <w:t>;</w:t>
      </w:r>
    </w:p>
    <w:p w:rsidR="005C76A6" w:rsidRPr="003E1CFC" w:rsidRDefault="005C76A6" w:rsidP="005C76A6">
      <w:pPr>
        <w:pStyle w:val="PargrafodaLista"/>
        <w:numPr>
          <w:ilvl w:val="0"/>
          <w:numId w:val="13"/>
        </w:numPr>
        <w:spacing w:before="40" w:after="0" w:line="240" w:lineRule="auto"/>
        <w:ind w:left="142" w:hanging="153"/>
        <w:contextualSpacing w:val="0"/>
        <w:rPr>
          <w:rFonts w:cs="Arial"/>
          <w:sz w:val="16"/>
          <w:szCs w:val="16"/>
        </w:rPr>
      </w:pPr>
      <w:r w:rsidRPr="003E1CFC">
        <w:rPr>
          <w:rFonts w:cs="Arial"/>
          <w:sz w:val="16"/>
          <w:szCs w:val="16"/>
        </w:rPr>
        <w:t>CNPJ;</w:t>
      </w:r>
    </w:p>
    <w:p w:rsidR="005C76A6" w:rsidRPr="003E1CFC" w:rsidRDefault="005C76A6" w:rsidP="005C76A6">
      <w:pPr>
        <w:pStyle w:val="PargrafodaLista"/>
        <w:numPr>
          <w:ilvl w:val="0"/>
          <w:numId w:val="13"/>
        </w:numPr>
        <w:spacing w:before="40" w:after="0" w:line="240" w:lineRule="auto"/>
        <w:ind w:left="142" w:hanging="153"/>
        <w:contextualSpacing w:val="0"/>
        <w:rPr>
          <w:rFonts w:cs="Arial"/>
          <w:sz w:val="16"/>
          <w:szCs w:val="16"/>
        </w:rPr>
      </w:pPr>
      <w:proofErr w:type="spellStart"/>
      <w:r w:rsidRPr="003E1CFC">
        <w:rPr>
          <w:rFonts w:cs="Arial"/>
          <w:sz w:val="16"/>
          <w:szCs w:val="16"/>
        </w:rPr>
        <w:t>Inscrição</w:t>
      </w:r>
      <w:proofErr w:type="spellEnd"/>
      <w:r w:rsidRPr="003E1CFC">
        <w:rPr>
          <w:rFonts w:cs="Arial"/>
          <w:sz w:val="16"/>
          <w:szCs w:val="16"/>
        </w:rPr>
        <w:t xml:space="preserve"> Municipal</w:t>
      </w:r>
      <w:r>
        <w:rPr>
          <w:rFonts w:cs="Arial"/>
          <w:sz w:val="16"/>
          <w:szCs w:val="16"/>
        </w:rPr>
        <w:t>.</w:t>
      </w:r>
    </w:p>
    <w:p w:rsidR="005C76A6" w:rsidRPr="00745F8A" w:rsidRDefault="005C76A6" w:rsidP="005C76A6">
      <w:pPr>
        <w:pStyle w:val="PargrafodaLista"/>
        <w:spacing w:before="60"/>
        <w:rPr>
          <w:rFonts w:cs="Arial"/>
          <w:sz w:val="10"/>
          <w:szCs w:val="10"/>
        </w:rPr>
      </w:pPr>
    </w:p>
    <w:p w:rsidR="005C76A6" w:rsidRDefault="005C76A6" w:rsidP="005C76A6">
      <w:pPr>
        <w:pStyle w:val="PargrafodaLista"/>
        <w:numPr>
          <w:ilvl w:val="0"/>
          <w:numId w:val="15"/>
        </w:numPr>
        <w:spacing w:after="0" w:line="240" w:lineRule="auto"/>
        <w:contextualSpacing w:val="0"/>
        <w:rPr>
          <w:rFonts w:cs="Arial"/>
          <w:b/>
          <w:bCs/>
          <w:sz w:val="18"/>
          <w:szCs w:val="18"/>
          <w:u w:val="single"/>
        </w:rPr>
      </w:pPr>
      <w:proofErr w:type="spellStart"/>
      <w:r w:rsidRPr="00E17EBF">
        <w:rPr>
          <w:rFonts w:cs="Arial"/>
          <w:b/>
          <w:bCs/>
          <w:sz w:val="18"/>
          <w:szCs w:val="18"/>
          <w:u w:val="single"/>
        </w:rPr>
        <w:t>Templos</w:t>
      </w:r>
      <w:proofErr w:type="spellEnd"/>
      <w:r w:rsidRPr="00E17EBF">
        <w:rPr>
          <w:rFonts w:cs="Arial"/>
          <w:b/>
          <w:bCs/>
          <w:sz w:val="18"/>
          <w:szCs w:val="18"/>
          <w:u w:val="single"/>
        </w:rPr>
        <w:t xml:space="preserve"> de </w:t>
      </w:r>
      <w:proofErr w:type="spellStart"/>
      <w:r w:rsidRPr="00E17EBF">
        <w:rPr>
          <w:rFonts w:cs="Arial"/>
          <w:b/>
          <w:bCs/>
          <w:sz w:val="18"/>
          <w:szCs w:val="18"/>
          <w:u w:val="single"/>
        </w:rPr>
        <w:t>qualquer</w:t>
      </w:r>
      <w:proofErr w:type="spellEnd"/>
      <w:r w:rsidRPr="00E17EBF">
        <w:rPr>
          <w:rFonts w:cs="Arial"/>
          <w:b/>
          <w:bCs/>
          <w:sz w:val="18"/>
          <w:szCs w:val="18"/>
          <w:u w:val="single"/>
        </w:rPr>
        <w:t xml:space="preserve"> </w:t>
      </w:r>
      <w:proofErr w:type="spellStart"/>
      <w:r w:rsidRPr="00E17EBF">
        <w:rPr>
          <w:rFonts w:cs="Arial"/>
          <w:b/>
          <w:bCs/>
          <w:sz w:val="18"/>
          <w:szCs w:val="18"/>
          <w:u w:val="single"/>
        </w:rPr>
        <w:t>culto</w:t>
      </w:r>
      <w:proofErr w:type="spellEnd"/>
      <w:r w:rsidRPr="00E17EBF">
        <w:rPr>
          <w:rFonts w:cs="Arial"/>
          <w:b/>
          <w:bCs/>
          <w:sz w:val="18"/>
          <w:szCs w:val="18"/>
          <w:u w:val="single"/>
        </w:rPr>
        <w:t xml:space="preserve"> </w:t>
      </w:r>
      <w:proofErr w:type="spellStart"/>
      <w:r w:rsidRPr="00E17EBF">
        <w:rPr>
          <w:rFonts w:cs="Arial"/>
          <w:b/>
          <w:bCs/>
          <w:sz w:val="18"/>
          <w:szCs w:val="18"/>
          <w:u w:val="single"/>
        </w:rPr>
        <w:t>locatário</w:t>
      </w:r>
      <w:proofErr w:type="spellEnd"/>
      <w:r w:rsidRPr="00E17EBF">
        <w:rPr>
          <w:rFonts w:cs="Arial"/>
          <w:b/>
          <w:bCs/>
          <w:sz w:val="18"/>
          <w:szCs w:val="18"/>
          <w:u w:val="single"/>
        </w:rPr>
        <w:t xml:space="preserve"> do </w:t>
      </w:r>
      <w:proofErr w:type="spellStart"/>
      <w:r w:rsidRPr="00E17EBF">
        <w:rPr>
          <w:rFonts w:cs="Arial"/>
          <w:b/>
          <w:bCs/>
          <w:sz w:val="18"/>
          <w:szCs w:val="18"/>
          <w:u w:val="single"/>
        </w:rPr>
        <w:t>bem</w:t>
      </w:r>
      <w:proofErr w:type="spellEnd"/>
      <w:r w:rsidRPr="00E17EBF">
        <w:rPr>
          <w:rFonts w:cs="Arial"/>
          <w:b/>
          <w:bCs/>
          <w:sz w:val="18"/>
          <w:szCs w:val="18"/>
          <w:u w:val="single"/>
        </w:rPr>
        <w:t xml:space="preserve"> </w:t>
      </w:r>
      <w:proofErr w:type="spellStart"/>
      <w:r w:rsidRPr="00E17EBF">
        <w:rPr>
          <w:rFonts w:cs="Arial"/>
          <w:b/>
          <w:bCs/>
          <w:sz w:val="18"/>
          <w:szCs w:val="18"/>
          <w:u w:val="single"/>
        </w:rPr>
        <w:t>imóvel</w:t>
      </w:r>
      <w:proofErr w:type="spellEnd"/>
    </w:p>
    <w:p w:rsidR="005C76A6" w:rsidRPr="00D924D8" w:rsidRDefault="005C76A6" w:rsidP="005C76A6">
      <w:pPr>
        <w:pStyle w:val="PargrafodaLista"/>
        <w:ind w:left="502"/>
        <w:rPr>
          <w:rFonts w:cs="Arial"/>
          <w:b/>
          <w:bCs/>
          <w:sz w:val="12"/>
          <w:szCs w:val="12"/>
          <w:u w:val="single"/>
        </w:rPr>
      </w:pPr>
    </w:p>
    <w:p w:rsidR="005C76A6" w:rsidRDefault="005C76A6" w:rsidP="005C76A6">
      <w:pPr>
        <w:spacing w:before="60"/>
        <w:ind w:firstLine="142"/>
        <w:rPr>
          <w:rFonts w:cs="Arial"/>
          <w:b/>
          <w:bCs/>
          <w:sz w:val="16"/>
          <w:szCs w:val="16"/>
        </w:rPr>
      </w:pPr>
      <w:proofErr w:type="spellStart"/>
      <w:r w:rsidRPr="003E1CFC">
        <w:rPr>
          <w:rFonts w:cs="Arial"/>
          <w:b/>
          <w:bCs/>
          <w:sz w:val="16"/>
          <w:szCs w:val="16"/>
        </w:rPr>
        <w:t>Documentos</w:t>
      </w:r>
      <w:proofErr w:type="spellEnd"/>
      <w:r w:rsidRPr="003E1CFC">
        <w:rPr>
          <w:rFonts w:cs="Arial"/>
          <w:b/>
          <w:bCs/>
          <w:sz w:val="16"/>
          <w:szCs w:val="16"/>
        </w:rPr>
        <w:t xml:space="preserve"> a </w:t>
      </w:r>
      <w:proofErr w:type="spellStart"/>
      <w:r w:rsidRPr="003E1CFC">
        <w:rPr>
          <w:rFonts w:cs="Arial"/>
          <w:b/>
          <w:bCs/>
          <w:sz w:val="16"/>
          <w:szCs w:val="16"/>
        </w:rPr>
        <w:t>serem</w:t>
      </w:r>
      <w:proofErr w:type="spellEnd"/>
      <w:r w:rsidRPr="003E1CFC">
        <w:rPr>
          <w:rFonts w:cs="Arial"/>
          <w:b/>
          <w:bCs/>
          <w:sz w:val="16"/>
          <w:szCs w:val="16"/>
        </w:rPr>
        <w:t xml:space="preserve"> </w:t>
      </w:r>
      <w:proofErr w:type="spellStart"/>
      <w:r w:rsidRPr="003E1CFC">
        <w:rPr>
          <w:rFonts w:cs="Arial"/>
          <w:b/>
          <w:bCs/>
          <w:sz w:val="16"/>
          <w:szCs w:val="16"/>
        </w:rPr>
        <w:t>apresentados</w:t>
      </w:r>
      <w:proofErr w:type="spellEnd"/>
      <w:r>
        <w:rPr>
          <w:rFonts w:cs="Arial"/>
          <w:b/>
          <w:bCs/>
          <w:sz w:val="16"/>
          <w:szCs w:val="16"/>
        </w:rPr>
        <w:t xml:space="preserve"> (CÓPIA SIMPLES):</w:t>
      </w:r>
    </w:p>
    <w:p w:rsidR="005C76A6" w:rsidRPr="00DE69CC" w:rsidRDefault="005C76A6" w:rsidP="005C76A6">
      <w:pPr>
        <w:pStyle w:val="PargrafodaLista"/>
        <w:numPr>
          <w:ilvl w:val="0"/>
          <w:numId w:val="13"/>
        </w:numPr>
        <w:spacing w:before="60" w:after="0" w:line="240" w:lineRule="auto"/>
        <w:ind w:left="142" w:hanging="153"/>
        <w:contextualSpacing w:val="0"/>
        <w:rPr>
          <w:rFonts w:cs="Arial"/>
          <w:sz w:val="16"/>
          <w:szCs w:val="16"/>
        </w:rPr>
      </w:pPr>
      <w:r w:rsidRPr="003E1CFC">
        <w:rPr>
          <w:rFonts w:cs="Arial"/>
          <w:sz w:val="16"/>
          <w:szCs w:val="16"/>
        </w:rPr>
        <w:t xml:space="preserve">RG e CPF do </w:t>
      </w:r>
      <w:proofErr w:type="spellStart"/>
      <w:r w:rsidRPr="003E1CFC">
        <w:rPr>
          <w:rFonts w:cs="Arial"/>
          <w:sz w:val="16"/>
          <w:szCs w:val="16"/>
        </w:rPr>
        <w:t>re</w:t>
      </w:r>
      <w:r>
        <w:rPr>
          <w:rFonts w:cs="Arial"/>
          <w:sz w:val="16"/>
          <w:szCs w:val="16"/>
        </w:rPr>
        <w:t>presentante</w:t>
      </w:r>
      <w:proofErr w:type="spellEnd"/>
      <w:r>
        <w:rPr>
          <w:rFonts w:cs="Arial"/>
          <w:sz w:val="16"/>
          <w:szCs w:val="16"/>
        </w:rPr>
        <w:t xml:space="preserve"> legal (</w:t>
      </w:r>
      <w:proofErr w:type="spellStart"/>
      <w:r>
        <w:rPr>
          <w:rFonts w:cs="Arial"/>
          <w:sz w:val="16"/>
          <w:szCs w:val="16"/>
        </w:rPr>
        <w:t>c</w:t>
      </w:r>
      <w:r w:rsidRPr="004D6B27">
        <w:rPr>
          <w:rFonts w:cs="Arial"/>
          <w:sz w:val="16"/>
          <w:szCs w:val="16"/>
        </w:rPr>
        <w:t>aso</w:t>
      </w:r>
      <w:proofErr w:type="spellEnd"/>
      <w:r w:rsidRPr="004D6B27">
        <w:rPr>
          <w:rFonts w:cs="Arial"/>
          <w:sz w:val="16"/>
          <w:szCs w:val="16"/>
        </w:rPr>
        <w:t xml:space="preserve"> </w:t>
      </w:r>
      <w:proofErr w:type="spellStart"/>
      <w:r w:rsidRPr="004D6B27">
        <w:rPr>
          <w:rFonts w:cs="Arial"/>
          <w:sz w:val="16"/>
          <w:szCs w:val="16"/>
        </w:rPr>
        <w:t>seja</w:t>
      </w:r>
      <w:proofErr w:type="spellEnd"/>
      <w:r w:rsidRPr="004D6B27">
        <w:rPr>
          <w:rFonts w:cs="Arial"/>
          <w:sz w:val="16"/>
          <w:szCs w:val="16"/>
        </w:rPr>
        <w:t xml:space="preserve"> </w:t>
      </w:r>
      <w:proofErr w:type="spellStart"/>
      <w:r w:rsidRPr="004D6B27">
        <w:rPr>
          <w:rFonts w:cs="Arial"/>
          <w:sz w:val="16"/>
          <w:szCs w:val="16"/>
        </w:rPr>
        <w:t>procurador</w:t>
      </w:r>
      <w:proofErr w:type="spellEnd"/>
      <w:r w:rsidRPr="004D6B27">
        <w:rPr>
          <w:rFonts w:cs="Arial"/>
          <w:sz w:val="16"/>
          <w:szCs w:val="16"/>
        </w:rPr>
        <w:t xml:space="preserve">, </w:t>
      </w:r>
      <w:proofErr w:type="spellStart"/>
      <w:r w:rsidRPr="004D6B27">
        <w:rPr>
          <w:rFonts w:cs="Arial"/>
          <w:sz w:val="16"/>
          <w:szCs w:val="16"/>
        </w:rPr>
        <w:t>apresenta</w:t>
      </w:r>
      <w:r>
        <w:rPr>
          <w:rFonts w:cs="Arial"/>
          <w:sz w:val="16"/>
          <w:szCs w:val="16"/>
        </w:rPr>
        <w:t>r</w:t>
      </w:r>
      <w:proofErr w:type="spellEnd"/>
      <w:r w:rsidRPr="004D6B27">
        <w:rPr>
          <w:rFonts w:cs="Arial"/>
          <w:sz w:val="16"/>
          <w:szCs w:val="16"/>
        </w:rPr>
        <w:t xml:space="preserve"> </w:t>
      </w:r>
      <w:proofErr w:type="spellStart"/>
      <w:r>
        <w:rPr>
          <w:rFonts w:cs="Arial"/>
          <w:sz w:val="16"/>
          <w:szCs w:val="16"/>
        </w:rPr>
        <w:t>também</w:t>
      </w:r>
      <w:proofErr w:type="spellEnd"/>
      <w:r>
        <w:rPr>
          <w:rFonts w:cs="Arial"/>
          <w:sz w:val="16"/>
          <w:szCs w:val="16"/>
        </w:rPr>
        <w:t xml:space="preserve"> </w:t>
      </w:r>
      <w:proofErr w:type="spellStart"/>
      <w:r w:rsidRPr="004D6B27">
        <w:rPr>
          <w:rFonts w:cs="Arial"/>
          <w:sz w:val="16"/>
          <w:szCs w:val="16"/>
        </w:rPr>
        <w:t>procuração</w:t>
      </w:r>
      <w:proofErr w:type="spellEnd"/>
      <w:r>
        <w:rPr>
          <w:rFonts w:cs="Arial"/>
          <w:sz w:val="16"/>
          <w:szCs w:val="16"/>
        </w:rPr>
        <w:t xml:space="preserve">, RG e CPF do </w:t>
      </w:r>
      <w:proofErr w:type="spellStart"/>
      <w:r>
        <w:rPr>
          <w:rFonts w:cs="Arial"/>
          <w:sz w:val="16"/>
          <w:szCs w:val="16"/>
        </w:rPr>
        <w:t>procurador</w:t>
      </w:r>
      <w:proofErr w:type="spellEnd"/>
      <w:r w:rsidRPr="00DE69CC">
        <w:rPr>
          <w:rFonts w:cs="Arial"/>
          <w:sz w:val="16"/>
          <w:szCs w:val="16"/>
        </w:rPr>
        <w:t>)</w:t>
      </w:r>
      <w:r>
        <w:rPr>
          <w:rFonts w:cs="Arial"/>
          <w:sz w:val="16"/>
          <w:szCs w:val="16"/>
        </w:rPr>
        <w:t>;</w:t>
      </w:r>
    </w:p>
    <w:p w:rsidR="005C76A6" w:rsidRPr="003E1CFC" w:rsidRDefault="005C76A6" w:rsidP="005C76A6">
      <w:pPr>
        <w:pStyle w:val="PargrafodaLista"/>
        <w:numPr>
          <w:ilvl w:val="0"/>
          <w:numId w:val="13"/>
        </w:numPr>
        <w:spacing w:before="60" w:after="0" w:line="240" w:lineRule="auto"/>
        <w:ind w:left="142" w:hanging="153"/>
        <w:contextualSpacing w:val="0"/>
        <w:rPr>
          <w:rFonts w:cs="Arial"/>
          <w:sz w:val="16"/>
          <w:szCs w:val="16"/>
        </w:rPr>
      </w:pPr>
      <w:proofErr w:type="spellStart"/>
      <w:r w:rsidRPr="003E1CFC">
        <w:rPr>
          <w:rFonts w:cs="Arial"/>
          <w:sz w:val="16"/>
          <w:szCs w:val="16"/>
        </w:rPr>
        <w:t>Matrícula</w:t>
      </w:r>
      <w:proofErr w:type="spellEnd"/>
      <w:r w:rsidRPr="003E1CFC">
        <w:rPr>
          <w:rFonts w:cs="Arial"/>
          <w:sz w:val="16"/>
          <w:szCs w:val="16"/>
        </w:rPr>
        <w:t xml:space="preserve"> </w:t>
      </w:r>
      <w:proofErr w:type="spellStart"/>
      <w:r w:rsidRPr="003E1CFC">
        <w:rPr>
          <w:rFonts w:cs="Arial"/>
          <w:sz w:val="16"/>
          <w:szCs w:val="16"/>
        </w:rPr>
        <w:t>atualizada</w:t>
      </w:r>
      <w:proofErr w:type="spellEnd"/>
      <w:r w:rsidRPr="003E1CFC">
        <w:rPr>
          <w:rFonts w:cs="Arial"/>
          <w:sz w:val="16"/>
          <w:szCs w:val="16"/>
        </w:rPr>
        <w:t xml:space="preserve"> do </w:t>
      </w:r>
      <w:proofErr w:type="spellStart"/>
      <w:r w:rsidRPr="003E1CFC">
        <w:rPr>
          <w:rFonts w:cs="Arial"/>
          <w:sz w:val="16"/>
          <w:szCs w:val="16"/>
        </w:rPr>
        <w:t>imóvel</w:t>
      </w:r>
      <w:proofErr w:type="spellEnd"/>
      <w:r w:rsidRPr="003E1CFC">
        <w:rPr>
          <w:rFonts w:cs="Arial"/>
          <w:sz w:val="16"/>
          <w:szCs w:val="16"/>
        </w:rPr>
        <w:t>;</w:t>
      </w:r>
    </w:p>
    <w:p w:rsidR="005C76A6" w:rsidRDefault="005C76A6" w:rsidP="005C76A6">
      <w:pPr>
        <w:pStyle w:val="PargrafodaLista"/>
        <w:numPr>
          <w:ilvl w:val="0"/>
          <w:numId w:val="13"/>
        </w:numPr>
        <w:spacing w:before="40" w:after="0" w:line="240" w:lineRule="auto"/>
        <w:ind w:left="142" w:hanging="153"/>
        <w:contextualSpacing w:val="0"/>
        <w:rPr>
          <w:rFonts w:cs="Arial"/>
          <w:sz w:val="16"/>
          <w:szCs w:val="16"/>
        </w:rPr>
      </w:pPr>
      <w:proofErr w:type="spellStart"/>
      <w:r>
        <w:rPr>
          <w:rFonts w:cs="Arial"/>
          <w:sz w:val="16"/>
          <w:szCs w:val="16"/>
        </w:rPr>
        <w:t>Estatuto</w:t>
      </w:r>
      <w:proofErr w:type="spellEnd"/>
      <w:r>
        <w:rPr>
          <w:rFonts w:cs="Arial"/>
          <w:sz w:val="16"/>
          <w:szCs w:val="16"/>
        </w:rPr>
        <w:t>;</w:t>
      </w:r>
    </w:p>
    <w:p w:rsidR="005C76A6" w:rsidRPr="003E1CFC" w:rsidRDefault="005C76A6" w:rsidP="005C76A6">
      <w:pPr>
        <w:pStyle w:val="PargrafodaLista"/>
        <w:numPr>
          <w:ilvl w:val="0"/>
          <w:numId w:val="13"/>
        </w:numPr>
        <w:spacing w:before="40" w:after="0" w:line="240" w:lineRule="auto"/>
        <w:ind w:left="142" w:hanging="153"/>
        <w:contextualSpacing w:val="0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Ata </w:t>
      </w:r>
      <w:proofErr w:type="spellStart"/>
      <w:r>
        <w:rPr>
          <w:rFonts w:cs="Arial"/>
          <w:sz w:val="16"/>
          <w:szCs w:val="16"/>
        </w:rPr>
        <w:t>atualizada</w:t>
      </w:r>
      <w:proofErr w:type="spellEnd"/>
      <w:r>
        <w:rPr>
          <w:rFonts w:cs="Arial"/>
          <w:sz w:val="16"/>
          <w:szCs w:val="16"/>
        </w:rPr>
        <w:t>;</w:t>
      </w:r>
    </w:p>
    <w:p w:rsidR="005C76A6" w:rsidRDefault="005C76A6" w:rsidP="005C76A6">
      <w:pPr>
        <w:pStyle w:val="PargrafodaLista"/>
        <w:numPr>
          <w:ilvl w:val="0"/>
          <w:numId w:val="13"/>
        </w:numPr>
        <w:spacing w:before="40" w:after="0" w:line="240" w:lineRule="auto"/>
        <w:ind w:left="142" w:hanging="153"/>
        <w:contextualSpacing w:val="0"/>
        <w:rPr>
          <w:rFonts w:cs="Arial"/>
          <w:sz w:val="16"/>
          <w:szCs w:val="16"/>
        </w:rPr>
      </w:pPr>
      <w:r w:rsidRPr="003E1CFC">
        <w:rPr>
          <w:rFonts w:cs="Arial"/>
          <w:sz w:val="16"/>
          <w:szCs w:val="16"/>
        </w:rPr>
        <w:t>CNPJ;</w:t>
      </w:r>
    </w:p>
    <w:p w:rsidR="005C76A6" w:rsidRPr="003E1CFC" w:rsidRDefault="005C76A6" w:rsidP="005C76A6">
      <w:pPr>
        <w:pStyle w:val="PargrafodaLista"/>
        <w:numPr>
          <w:ilvl w:val="0"/>
          <w:numId w:val="13"/>
        </w:numPr>
        <w:spacing w:before="40" w:after="0" w:line="240" w:lineRule="auto"/>
        <w:ind w:left="142" w:hanging="153"/>
        <w:contextualSpacing w:val="0"/>
        <w:rPr>
          <w:rFonts w:cs="Arial"/>
          <w:sz w:val="16"/>
          <w:szCs w:val="16"/>
        </w:rPr>
      </w:pPr>
      <w:proofErr w:type="spellStart"/>
      <w:r w:rsidRPr="003E1CFC">
        <w:rPr>
          <w:rFonts w:cs="Arial"/>
          <w:sz w:val="16"/>
          <w:szCs w:val="16"/>
        </w:rPr>
        <w:t>Inscrição</w:t>
      </w:r>
      <w:proofErr w:type="spellEnd"/>
      <w:r w:rsidRPr="003E1CFC">
        <w:rPr>
          <w:rFonts w:cs="Arial"/>
          <w:sz w:val="16"/>
          <w:szCs w:val="16"/>
        </w:rPr>
        <w:t xml:space="preserve"> Municipal</w:t>
      </w:r>
      <w:r>
        <w:rPr>
          <w:rFonts w:cs="Arial"/>
          <w:sz w:val="16"/>
          <w:szCs w:val="16"/>
        </w:rPr>
        <w:t>;</w:t>
      </w:r>
    </w:p>
    <w:p w:rsidR="005C76A6" w:rsidRDefault="005C76A6" w:rsidP="005C76A6">
      <w:pPr>
        <w:pStyle w:val="PargrafodaLista"/>
        <w:numPr>
          <w:ilvl w:val="0"/>
          <w:numId w:val="13"/>
        </w:numPr>
        <w:spacing w:before="40" w:after="0" w:line="276" w:lineRule="auto"/>
        <w:ind w:left="142" w:hanging="153"/>
        <w:contextualSpacing w:val="0"/>
        <w:jc w:val="both"/>
        <w:rPr>
          <w:rFonts w:cs="Arial"/>
          <w:sz w:val="16"/>
          <w:szCs w:val="16"/>
        </w:rPr>
      </w:pPr>
      <w:proofErr w:type="spellStart"/>
      <w:r>
        <w:rPr>
          <w:rFonts w:cs="Arial"/>
          <w:sz w:val="16"/>
          <w:szCs w:val="16"/>
        </w:rPr>
        <w:t>Contrato</w:t>
      </w:r>
      <w:proofErr w:type="spellEnd"/>
      <w:r>
        <w:rPr>
          <w:rFonts w:cs="Arial"/>
          <w:sz w:val="16"/>
          <w:szCs w:val="16"/>
        </w:rPr>
        <w:t xml:space="preserve"> de </w:t>
      </w:r>
      <w:proofErr w:type="spellStart"/>
      <w:r>
        <w:rPr>
          <w:rFonts w:cs="Arial"/>
          <w:sz w:val="16"/>
          <w:szCs w:val="16"/>
        </w:rPr>
        <w:t>locação</w:t>
      </w:r>
      <w:proofErr w:type="spellEnd"/>
      <w:r>
        <w:rPr>
          <w:rFonts w:cs="Arial"/>
          <w:sz w:val="16"/>
          <w:szCs w:val="16"/>
        </w:rPr>
        <w:t xml:space="preserve">, </w:t>
      </w:r>
      <w:proofErr w:type="spellStart"/>
      <w:r>
        <w:rPr>
          <w:rFonts w:cs="Arial"/>
          <w:sz w:val="16"/>
          <w:szCs w:val="16"/>
        </w:rPr>
        <w:t>devidamente</w:t>
      </w:r>
      <w:proofErr w:type="spellEnd"/>
      <w:r>
        <w:rPr>
          <w:rFonts w:cs="Arial"/>
          <w:sz w:val="16"/>
          <w:szCs w:val="16"/>
        </w:rPr>
        <w:t xml:space="preserve"> </w:t>
      </w:r>
      <w:proofErr w:type="spellStart"/>
      <w:r>
        <w:rPr>
          <w:rFonts w:cs="Arial"/>
          <w:sz w:val="16"/>
          <w:szCs w:val="16"/>
        </w:rPr>
        <w:t>assinado</w:t>
      </w:r>
      <w:proofErr w:type="spellEnd"/>
      <w:r>
        <w:rPr>
          <w:rFonts w:cs="Arial"/>
          <w:sz w:val="16"/>
          <w:szCs w:val="16"/>
        </w:rPr>
        <w:t xml:space="preserve"> e em vigor, no </w:t>
      </w:r>
      <w:proofErr w:type="spellStart"/>
      <w:r>
        <w:rPr>
          <w:rFonts w:cs="Arial"/>
          <w:sz w:val="16"/>
          <w:szCs w:val="16"/>
        </w:rPr>
        <w:t>qual</w:t>
      </w:r>
      <w:proofErr w:type="spellEnd"/>
      <w:r>
        <w:rPr>
          <w:rFonts w:cs="Arial"/>
          <w:sz w:val="16"/>
          <w:szCs w:val="16"/>
        </w:rPr>
        <w:t xml:space="preserve"> </w:t>
      </w:r>
      <w:proofErr w:type="spellStart"/>
      <w:r>
        <w:rPr>
          <w:rFonts w:cs="Arial"/>
          <w:sz w:val="16"/>
          <w:szCs w:val="16"/>
        </w:rPr>
        <w:t>conste</w:t>
      </w:r>
      <w:proofErr w:type="spellEnd"/>
      <w:r>
        <w:rPr>
          <w:rFonts w:cs="Arial"/>
          <w:sz w:val="16"/>
          <w:szCs w:val="16"/>
        </w:rPr>
        <w:t xml:space="preserve"> </w:t>
      </w:r>
      <w:proofErr w:type="spellStart"/>
      <w:r>
        <w:rPr>
          <w:rFonts w:cs="Arial"/>
          <w:sz w:val="16"/>
          <w:szCs w:val="16"/>
        </w:rPr>
        <w:t>cláusula</w:t>
      </w:r>
      <w:proofErr w:type="spellEnd"/>
      <w:r>
        <w:rPr>
          <w:rFonts w:cs="Arial"/>
          <w:sz w:val="16"/>
          <w:szCs w:val="16"/>
        </w:rPr>
        <w:t xml:space="preserve"> </w:t>
      </w:r>
      <w:proofErr w:type="spellStart"/>
      <w:r>
        <w:rPr>
          <w:rFonts w:cs="Arial"/>
          <w:sz w:val="16"/>
          <w:szCs w:val="16"/>
        </w:rPr>
        <w:t>específica</w:t>
      </w:r>
      <w:proofErr w:type="spellEnd"/>
      <w:r>
        <w:rPr>
          <w:rFonts w:cs="Arial"/>
          <w:sz w:val="16"/>
          <w:szCs w:val="16"/>
        </w:rPr>
        <w:t xml:space="preserve"> </w:t>
      </w:r>
      <w:proofErr w:type="spellStart"/>
      <w:r>
        <w:rPr>
          <w:rFonts w:cs="Arial"/>
          <w:sz w:val="16"/>
          <w:szCs w:val="16"/>
        </w:rPr>
        <w:t>prevendo</w:t>
      </w:r>
      <w:proofErr w:type="spellEnd"/>
      <w:r>
        <w:rPr>
          <w:rFonts w:cs="Arial"/>
          <w:sz w:val="16"/>
          <w:szCs w:val="16"/>
        </w:rPr>
        <w:t xml:space="preserve"> </w:t>
      </w:r>
      <w:proofErr w:type="spellStart"/>
      <w:proofErr w:type="gramStart"/>
      <w:r>
        <w:rPr>
          <w:rFonts w:cs="Arial"/>
          <w:sz w:val="16"/>
          <w:szCs w:val="16"/>
        </w:rPr>
        <w:t>como</w:t>
      </w:r>
      <w:proofErr w:type="spellEnd"/>
      <w:proofErr w:type="gramEnd"/>
      <w:r>
        <w:rPr>
          <w:rFonts w:cs="Arial"/>
          <w:sz w:val="16"/>
          <w:szCs w:val="16"/>
        </w:rPr>
        <w:t xml:space="preserve"> </w:t>
      </w:r>
      <w:proofErr w:type="spellStart"/>
      <w:r>
        <w:rPr>
          <w:rFonts w:cs="Arial"/>
          <w:sz w:val="16"/>
          <w:szCs w:val="16"/>
        </w:rPr>
        <w:t>finalidade</w:t>
      </w:r>
      <w:proofErr w:type="spellEnd"/>
      <w:r>
        <w:rPr>
          <w:rFonts w:cs="Arial"/>
          <w:sz w:val="16"/>
          <w:szCs w:val="16"/>
        </w:rPr>
        <w:t xml:space="preserve"> a </w:t>
      </w:r>
      <w:proofErr w:type="spellStart"/>
      <w:r>
        <w:rPr>
          <w:rFonts w:cs="Arial"/>
          <w:sz w:val="16"/>
          <w:szCs w:val="16"/>
        </w:rPr>
        <w:t>instalação</w:t>
      </w:r>
      <w:proofErr w:type="spellEnd"/>
      <w:r>
        <w:rPr>
          <w:rFonts w:cs="Arial"/>
          <w:sz w:val="16"/>
          <w:szCs w:val="16"/>
        </w:rPr>
        <w:t xml:space="preserve"> do </w:t>
      </w:r>
      <w:proofErr w:type="spellStart"/>
      <w:r>
        <w:rPr>
          <w:rFonts w:cs="Arial"/>
          <w:sz w:val="16"/>
          <w:szCs w:val="16"/>
        </w:rPr>
        <w:t>templo</w:t>
      </w:r>
      <w:proofErr w:type="spellEnd"/>
      <w:r>
        <w:rPr>
          <w:rFonts w:cs="Arial"/>
          <w:sz w:val="16"/>
          <w:szCs w:val="16"/>
        </w:rPr>
        <w:t xml:space="preserve">, </w:t>
      </w:r>
      <w:proofErr w:type="spellStart"/>
      <w:r>
        <w:rPr>
          <w:rFonts w:cs="Arial"/>
          <w:sz w:val="16"/>
          <w:szCs w:val="16"/>
        </w:rPr>
        <w:t>pela</w:t>
      </w:r>
      <w:proofErr w:type="spellEnd"/>
      <w:r>
        <w:rPr>
          <w:rFonts w:cs="Arial"/>
          <w:sz w:val="16"/>
          <w:szCs w:val="16"/>
        </w:rPr>
        <w:t xml:space="preserve"> </w:t>
      </w:r>
      <w:proofErr w:type="spellStart"/>
      <w:r>
        <w:rPr>
          <w:rFonts w:cs="Arial"/>
          <w:sz w:val="16"/>
          <w:szCs w:val="16"/>
        </w:rPr>
        <w:t>entidade</w:t>
      </w:r>
      <w:proofErr w:type="spellEnd"/>
      <w:r>
        <w:rPr>
          <w:rFonts w:cs="Arial"/>
          <w:sz w:val="16"/>
          <w:szCs w:val="16"/>
        </w:rPr>
        <w:t xml:space="preserve"> </w:t>
      </w:r>
      <w:proofErr w:type="spellStart"/>
      <w:r>
        <w:rPr>
          <w:rFonts w:cs="Arial"/>
          <w:sz w:val="16"/>
          <w:szCs w:val="16"/>
        </w:rPr>
        <w:t>religiosa</w:t>
      </w:r>
      <w:proofErr w:type="spellEnd"/>
      <w:r>
        <w:rPr>
          <w:rFonts w:cs="Arial"/>
          <w:sz w:val="16"/>
          <w:szCs w:val="16"/>
        </w:rPr>
        <w:t xml:space="preserve">, </w:t>
      </w:r>
      <w:proofErr w:type="spellStart"/>
      <w:r>
        <w:rPr>
          <w:rFonts w:cs="Arial"/>
          <w:sz w:val="16"/>
          <w:szCs w:val="16"/>
        </w:rPr>
        <w:t>para</w:t>
      </w:r>
      <w:proofErr w:type="spellEnd"/>
      <w:r>
        <w:rPr>
          <w:rFonts w:cs="Arial"/>
          <w:sz w:val="16"/>
          <w:szCs w:val="16"/>
        </w:rPr>
        <w:t xml:space="preserve"> </w:t>
      </w:r>
      <w:proofErr w:type="spellStart"/>
      <w:r>
        <w:rPr>
          <w:rFonts w:cs="Arial"/>
          <w:sz w:val="16"/>
          <w:szCs w:val="16"/>
        </w:rPr>
        <w:t>exercício</w:t>
      </w:r>
      <w:proofErr w:type="spellEnd"/>
      <w:r>
        <w:rPr>
          <w:rFonts w:cs="Arial"/>
          <w:sz w:val="16"/>
          <w:szCs w:val="16"/>
        </w:rPr>
        <w:t xml:space="preserve"> de </w:t>
      </w:r>
      <w:proofErr w:type="spellStart"/>
      <w:r>
        <w:rPr>
          <w:rFonts w:cs="Arial"/>
          <w:sz w:val="16"/>
          <w:szCs w:val="16"/>
        </w:rPr>
        <w:t>suas</w:t>
      </w:r>
      <w:proofErr w:type="spellEnd"/>
      <w:r>
        <w:rPr>
          <w:rFonts w:cs="Arial"/>
          <w:sz w:val="16"/>
          <w:szCs w:val="16"/>
        </w:rPr>
        <w:t xml:space="preserve"> </w:t>
      </w:r>
      <w:proofErr w:type="spellStart"/>
      <w:r>
        <w:rPr>
          <w:rFonts w:cs="Arial"/>
          <w:sz w:val="16"/>
          <w:szCs w:val="16"/>
        </w:rPr>
        <w:t>atividades</w:t>
      </w:r>
      <w:proofErr w:type="spellEnd"/>
      <w:r>
        <w:rPr>
          <w:rFonts w:cs="Arial"/>
          <w:sz w:val="16"/>
          <w:szCs w:val="16"/>
        </w:rPr>
        <w:t xml:space="preserve"> </w:t>
      </w:r>
      <w:proofErr w:type="spellStart"/>
      <w:r>
        <w:rPr>
          <w:rFonts w:cs="Arial"/>
          <w:sz w:val="16"/>
          <w:szCs w:val="16"/>
        </w:rPr>
        <w:t>essenciais</w:t>
      </w:r>
      <w:proofErr w:type="spellEnd"/>
      <w:r>
        <w:rPr>
          <w:rFonts w:cs="Arial"/>
          <w:sz w:val="16"/>
          <w:szCs w:val="16"/>
        </w:rPr>
        <w:t>.</w:t>
      </w:r>
    </w:p>
    <w:p w:rsidR="005C76A6" w:rsidRDefault="005C76A6" w:rsidP="005C76A6">
      <w:pPr>
        <w:pStyle w:val="PargrafodaLista"/>
        <w:spacing w:before="40" w:line="276" w:lineRule="auto"/>
        <w:ind w:left="142"/>
        <w:jc w:val="both"/>
        <w:rPr>
          <w:rFonts w:cs="Arial"/>
          <w:b/>
          <w:sz w:val="16"/>
          <w:szCs w:val="16"/>
        </w:rPr>
      </w:pPr>
      <w:r w:rsidRPr="00C00A31">
        <w:rPr>
          <w:rFonts w:cs="Arial"/>
          <w:b/>
          <w:sz w:val="16"/>
          <w:szCs w:val="16"/>
        </w:rPr>
        <w:t>NOTA:</w:t>
      </w:r>
      <w:r>
        <w:rPr>
          <w:rFonts w:cs="Arial"/>
          <w:b/>
          <w:sz w:val="16"/>
          <w:szCs w:val="16"/>
        </w:rPr>
        <w:t xml:space="preserve"> </w:t>
      </w:r>
      <w:r w:rsidRPr="00383D07">
        <w:rPr>
          <w:rFonts w:cs="Arial"/>
          <w:b/>
          <w:sz w:val="16"/>
          <w:szCs w:val="16"/>
        </w:rPr>
        <w:t xml:space="preserve">Na </w:t>
      </w:r>
      <w:proofErr w:type="spellStart"/>
      <w:r w:rsidRPr="00383D07">
        <w:rPr>
          <w:rFonts w:cs="Arial"/>
          <w:b/>
          <w:sz w:val="16"/>
          <w:szCs w:val="16"/>
        </w:rPr>
        <w:t>hipótese</w:t>
      </w:r>
      <w:proofErr w:type="spellEnd"/>
      <w:r w:rsidRPr="00383D07">
        <w:rPr>
          <w:rFonts w:cs="Arial"/>
          <w:b/>
          <w:sz w:val="16"/>
          <w:szCs w:val="16"/>
        </w:rPr>
        <w:t xml:space="preserve"> de o </w:t>
      </w:r>
      <w:proofErr w:type="spellStart"/>
      <w:r w:rsidRPr="00383D07">
        <w:rPr>
          <w:rFonts w:cs="Arial"/>
          <w:b/>
          <w:sz w:val="16"/>
          <w:szCs w:val="16"/>
        </w:rPr>
        <w:t>contrato</w:t>
      </w:r>
      <w:proofErr w:type="spellEnd"/>
      <w:r w:rsidRPr="00383D07">
        <w:rPr>
          <w:rFonts w:cs="Arial"/>
          <w:b/>
          <w:sz w:val="16"/>
          <w:szCs w:val="16"/>
        </w:rPr>
        <w:t xml:space="preserve"> de </w:t>
      </w:r>
      <w:proofErr w:type="spellStart"/>
      <w:r w:rsidRPr="00383D07">
        <w:rPr>
          <w:rFonts w:cs="Arial"/>
          <w:b/>
          <w:sz w:val="16"/>
          <w:szCs w:val="16"/>
        </w:rPr>
        <w:t>locação</w:t>
      </w:r>
      <w:proofErr w:type="spellEnd"/>
      <w:r w:rsidRPr="00383D07">
        <w:rPr>
          <w:rFonts w:cs="Arial"/>
          <w:b/>
          <w:sz w:val="16"/>
          <w:szCs w:val="16"/>
        </w:rPr>
        <w:t xml:space="preserve"> </w:t>
      </w:r>
      <w:proofErr w:type="spellStart"/>
      <w:r w:rsidRPr="00383D07">
        <w:rPr>
          <w:rFonts w:cs="Arial"/>
          <w:b/>
          <w:sz w:val="16"/>
          <w:szCs w:val="16"/>
        </w:rPr>
        <w:t>não</w:t>
      </w:r>
      <w:proofErr w:type="spellEnd"/>
      <w:r w:rsidRPr="00383D07">
        <w:rPr>
          <w:rFonts w:cs="Arial"/>
          <w:b/>
          <w:sz w:val="16"/>
          <w:szCs w:val="16"/>
        </w:rPr>
        <w:t xml:space="preserve"> </w:t>
      </w:r>
      <w:proofErr w:type="spellStart"/>
      <w:r w:rsidRPr="00383D07">
        <w:rPr>
          <w:rFonts w:cs="Arial"/>
          <w:b/>
          <w:sz w:val="16"/>
          <w:szCs w:val="16"/>
        </w:rPr>
        <w:t>prever</w:t>
      </w:r>
      <w:proofErr w:type="spellEnd"/>
      <w:r w:rsidRPr="00383D07">
        <w:rPr>
          <w:rFonts w:cs="Arial"/>
          <w:b/>
          <w:sz w:val="16"/>
          <w:szCs w:val="16"/>
        </w:rPr>
        <w:t xml:space="preserve"> a </w:t>
      </w:r>
      <w:proofErr w:type="spellStart"/>
      <w:r w:rsidRPr="00383D07">
        <w:rPr>
          <w:rFonts w:cs="Arial"/>
          <w:b/>
          <w:sz w:val="16"/>
          <w:szCs w:val="16"/>
        </w:rPr>
        <w:t>cláusula</w:t>
      </w:r>
      <w:proofErr w:type="spellEnd"/>
      <w:r w:rsidRPr="00383D07">
        <w:rPr>
          <w:rFonts w:cs="Arial"/>
          <w:b/>
          <w:sz w:val="16"/>
          <w:szCs w:val="16"/>
        </w:rPr>
        <w:t xml:space="preserve"> </w:t>
      </w:r>
      <w:proofErr w:type="spellStart"/>
      <w:r w:rsidRPr="00383D07">
        <w:rPr>
          <w:rFonts w:cs="Arial"/>
          <w:b/>
          <w:sz w:val="16"/>
          <w:szCs w:val="16"/>
        </w:rPr>
        <w:t>mencionada</w:t>
      </w:r>
      <w:proofErr w:type="spellEnd"/>
      <w:r w:rsidRPr="00383D07">
        <w:rPr>
          <w:rFonts w:cs="Arial"/>
          <w:b/>
          <w:sz w:val="16"/>
          <w:szCs w:val="16"/>
        </w:rPr>
        <w:t xml:space="preserve"> no </w:t>
      </w:r>
      <w:r>
        <w:rPr>
          <w:rFonts w:cs="Arial"/>
          <w:b/>
          <w:sz w:val="16"/>
          <w:szCs w:val="16"/>
        </w:rPr>
        <w:t xml:space="preserve">item </w:t>
      </w:r>
      <w:proofErr w:type="spellStart"/>
      <w:r>
        <w:rPr>
          <w:rFonts w:cs="Arial"/>
          <w:b/>
          <w:sz w:val="16"/>
          <w:szCs w:val="16"/>
        </w:rPr>
        <w:t>acima</w:t>
      </w:r>
      <w:proofErr w:type="spellEnd"/>
      <w:r w:rsidRPr="00383D07">
        <w:rPr>
          <w:rFonts w:cs="Arial"/>
          <w:b/>
          <w:sz w:val="16"/>
          <w:szCs w:val="16"/>
        </w:rPr>
        <w:t xml:space="preserve">, o </w:t>
      </w:r>
      <w:proofErr w:type="spellStart"/>
      <w:r w:rsidRPr="00383D07">
        <w:rPr>
          <w:rFonts w:cs="Arial"/>
          <w:b/>
          <w:sz w:val="16"/>
          <w:szCs w:val="16"/>
        </w:rPr>
        <w:t>requerimento</w:t>
      </w:r>
      <w:proofErr w:type="spellEnd"/>
      <w:r w:rsidRPr="00383D07">
        <w:rPr>
          <w:rFonts w:cs="Arial"/>
          <w:b/>
          <w:sz w:val="16"/>
          <w:szCs w:val="16"/>
        </w:rPr>
        <w:t xml:space="preserve"> </w:t>
      </w:r>
      <w:proofErr w:type="spellStart"/>
      <w:r w:rsidRPr="00383D07">
        <w:rPr>
          <w:rFonts w:cs="Arial"/>
          <w:b/>
          <w:sz w:val="16"/>
          <w:szCs w:val="16"/>
        </w:rPr>
        <w:t>deverá</w:t>
      </w:r>
      <w:proofErr w:type="spellEnd"/>
      <w:r w:rsidRPr="00383D07">
        <w:rPr>
          <w:rFonts w:cs="Arial"/>
          <w:b/>
          <w:sz w:val="16"/>
          <w:szCs w:val="16"/>
        </w:rPr>
        <w:t xml:space="preserve"> ser </w:t>
      </w:r>
      <w:proofErr w:type="spellStart"/>
      <w:r w:rsidRPr="00383D07">
        <w:rPr>
          <w:rFonts w:cs="Arial"/>
          <w:b/>
          <w:sz w:val="16"/>
          <w:szCs w:val="16"/>
        </w:rPr>
        <w:t>acompanhado</w:t>
      </w:r>
      <w:proofErr w:type="spellEnd"/>
      <w:r w:rsidRPr="00383D07">
        <w:rPr>
          <w:rFonts w:cs="Arial"/>
          <w:b/>
          <w:sz w:val="16"/>
          <w:szCs w:val="16"/>
        </w:rPr>
        <w:t xml:space="preserve"> de </w:t>
      </w:r>
      <w:proofErr w:type="spellStart"/>
      <w:r w:rsidRPr="00383D07">
        <w:rPr>
          <w:rFonts w:cs="Arial"/>
          <w:b/>
          <w:sz w:val="16"/>
          <w:szCs w:val="16"/>
        </w:rPr>
        <w:t>declaração</w:t>
      </w:r>
      <w:proofErr w:type="spellEnd"/>
      <w:r w:rsidRPr="00383D07">
        <w:rPr>
          <w:rFonts w:cs="Arial"/>
          <w:b/>
          <w:sz w:val="16"/>
          <w:szCs w:val="16"/>
        </w:rPr>
        <w:t xml:space="preserve">, </w:t>
      </w:r>
      <w:proofErr w:type="spellStart"/>
      <w:r w:rsidRPr="00383D07">
        <w:rPr>
          <w:rFonts w:cs="Arial"/>
          <w:b/>
          <w:sz w:val="16"/>
          <w:szCs w:val="16"/>
        </w:rPr>
        <w:t>assinada</w:t>
      </w:r>
      <w:proofErr w:type="spellEnd"/>
      <w:r w:rsidRPr="00383D07">
        <w:rPr>
          <w:rFonts w:cs="Arial"/>
          <w:b/>
          <w:sz w:val="16"/>
          <w:szCs w:val="16"/>
        </w:rPr>
        <w:t xml:space="preserve"> </w:t>
      </w:r>
      <w:proofErr w:type="spellStart"/>
      <w:r w:rsidRPr="00383D07">
        <w:rPr>
          <w:rFonts w:cs="Arial"/>
          <w:b/>
          <w:sz w:val="16"/>
          <w:szCs w:val="16"/>
        </w:rPr>
        <w:t>pelo</w:t>
      </w:r>
      <w:proofErr w:type="spellEnd"/>
      <w:r w:rsidRPr="00383D07">
        <w:rPr>
          <w:rFonts w:cs="Arial"/>
          <w:b/>
          <w:sz w:val="16"/>
          <w:szCs w:val="16"/>
        </w:rPr>
        <w:t xml:space="preserve"> </w:t>
      </w:r>
      <w:proofErr w:type="spellStart"/>
      <w:r w:rsidRPr="00383D07">
        <w:rPr>
          <w:rFonts w:cs="Arial"/>
          <w:b/>
          <w:sz w:val="16"/>
          <w:szCs w:val="16"/>
        </w:rPr>
        <w:t>representante</w:t>
      </w:r>
      <w:proofErr w:type="spellEnd"/>
      <w:r w:rsidRPr="00383D07">
        <w:rPr>
          <w:rFonts w:cs="Arial"/>
          <w:b/>
          <w:sz w:val="16"/>
          <w:szCs w:val="16"/>
        </w:rPr>
        <w:t xml:space="preserve"> da </w:t>
      </w:r>
      <w:proofErr w:type="spellStart"/>
      <w:r w:rsidRPr="00383D07">
        <w:rPr>
          <w:rFonts w:cs="Arial"/>
          <w:b/>
          <w:sz w:val="16"/>
          <w:szCs w:val="16"/>
        </w:rPr>
        <w:t>entidade</w:t>
      </w:r>
      <w:proofErr w:type="spellEnd"/>
      <w:r w:rsidRPr="00383D07">
        <w:rPr>
          <w:rFonts w:cs="Arial"/>
          <w:b/>
          <w:sz w:val="16"/>
          <w:szCs w:val="16"/>
        </w:rPr>
        <w:t xml:space="preserve"> </w:t>
      </w:r>
      <w:proofErr w:type="spellStart"/>
      <w:r w:rsidRPr="00383D07">
        <w:rPr>
          <w:rFonts w:cs="Arial"/>
          <w:b/>
          <w:sz w:val="16"/>
          <w:szCs w:val="16"/>
        </w:rPr>
        <w:t>religiosa</w:t>
      </w:r>
      <w:proofErr w:type="spellEnd"/>
      <w:r w:rsidRPr="00383D07">
        <w:rPr>
          <w:rFonts w:cs="Arial"/>
          <w:b/>
          <w:sz w:val="16"/>
          <w:szCs w:val="16"/>
        </w:rPr>
        <w:t xml:space="preserve">, e sob as </w:t>
      </w:r>
      <w:proofErr w:type="spellStart"/>
      <w:proofErr w:type="gramStart"/>
      <w:r w:rsidRPr="00383D07">
        <w:rPr>
          <w:rFonts w:cs="Arial"/>
          <w:b/>
          <w:sz w:val="16"/>
          <w:szCs w:val="16"/>
        </w:rPr>
        <w:t>penas</w:t>
      </w:r>
      <w:proofErr w:type="spellEnd"/>
      <w:proofErr w:type="gramEnd"/>
      <w:r w:rsidRPr="00383D07">
        <w:rPr>
          <w:rFonts w:cs="Arial"/>
          <w:b/>
          <w:sz w:val="16"/>
          <w:szCs w:val="16"/>
        </w:rPr>
        <w:t xml:space="preserve"> da lei, </w:t>
      </w:r>
      <w:proofErr w:type="spellStart"/>
      <w:r w:rsidRPr="00383D07">
        <w:rPr>
          <w:rFonts w:cs="Arial"/>
          <w:b/>
          <w:sz w:val="16"/>
          <w:szCs w:val="16"/>
        </w:rPr>
        <w:t>atestando</w:t>
      </w:r>
      <w:proofErr w:type="spellEnd"/>
      <w:r w:rsidRPr="00383D07">
        <w:rPr>
          <w:rFonts w:cs="Arial"/>
          <w:b/>
          <w:sz w:val="16"/>
          <w:szCs w:val="16"/>
        </w:rPr>
        <w:t xml:space="preserve"> </w:t>
      </w:r>
      <w:proofErr w:type="spellStart"/>
      <w:r w:rsidRPr="00383D07">
        <w:rPr>
          <w:rFonts w:cs="Arial"/>
          <w:b/>
          <w:sz w:val="16"/>
          <w:szCs w:val="16"/>
        </w:rPr>
        <w:t>que</w:t>
      </w:r>
      <w:proofErr w:type="spellEnd"/>
      <w:r w:rsidRPr="00383D07">
        <w:rPr>
          <w:rFonts w:cs="Arial"/>
          <w:b/>
          <w:sz w:val="16"/>
          <w:szCs w:val="16"/>
        </w:rPr>
        <w:t xml:space="preserve"> no </w:t>
      </w:r>
      <w:proofErr w:type="spellStart"/>
      <w:r w:rsidRPr="00383D07">
        <w:rPr>
          <w:rFonts w:cs="Arial"/>
          <w:b/>
          <w:sz w:val="16"/>
          <w:szCs w:val="16"/>
        </w:rPr>
        <w:t>imóvel</w:t>
      </w:r>
      <w:proofErr w:type="spellEnd"/>
      <w:r w:rsidRPr="00383D07">
        <w:rPr>
          <w:rFonts w:cs="Arial"/>
          <w:b/>
          <w:sz w:val="16"/>
          <w:szCs w:val="16"/>
        </w:rPr>
        <w:t xml:space="preserve"> a </w:t>
      </w:r>
      <w:proofErr w:type="spellStart"/>
      <w:r w:rsidRPr="00383D07">
        <w:rPr>
          <w:rFonts w:cs="Arial"/>
          <w:b/>
          <w:sz w:val="16"/>
          <w:szCs w:val="16"/>
        </w:rPr>
        <w:t>ela</w:t>
      </w:r>
      <w:proofErr w:type="spellEnd"/>
      <w:r w:rsidRPr="00383D07">
        <w:rPr>
          <w:rFonts w:cs="Arial"/>
          <w:b/>
          <w:sz w:val="16"/>
          <w:szCs w:val="16"/>
        </w:rPr>
        <w:t xml:space="preserve"> </w:t>
      </w:r>
      <w:proofErr w:type="spellStart"/>
      <w:r w:rsidRPr="00383D07">
        <w:rPr>
          <w:rFonts w:cs="Arial"/>
          <w:b/>
          <w:sz w:val="16"/>
          <w:szCs w:val="16"/>
        </w:rPr>
        <w:t>alugado</w:t>
      </w:r>
      <w:proofErr w:type="spellEnd"/>
      <w:r w:rsidRPr="00383D07">
        <w:rPr>
          <w:rFonts w:cs="Arial"/>
          <w:b/>
          <w:sz w:val="16"/>
          <w:szCs w:val="16"/>
        </w:rPr>
        <w:t xml:space="preserve"> </w:t>
      </w:r>
      <w:proofErr w:type="spellStart"/>
      <w:r w:rsidRPr="00383D07">
        <w:rPr>
          <w:rFonts w:cs="Arial"/>
          <w:b/>
          <w:sz w:val="16"/>
          <w:szCs w:val="16"/>
        </w:rPr>
        <w:t>está</w:t>
      </w:r>
      <w:proofErr w:type="spellEnd"/>
      <w:r w:rsidRPr="00383D07">
        <w:rPr>
          <w:rFonts w:cs="Arial"/>
          <w:b/>
          <w:sz w:val="16"/>
          <w:szCs w:val="16"/>
        </w:rPr>
        <w:t xml:space="preserve"> </w:t>
      </w:r>
      <w:proofErr w:type="spellStart"/>
      <w:r w:rsidRPr="00383D07">
        <w:rPr>
          <w:rFonts w:cs="Arial"/>
          <w:b/>
          <w:sz w:val="16"/>
          <w:szCs w:val="16"/>
        </w:rPr>
        <w:t>instalado</w:t>
      </w:r>
      <w:proofErr w:type="spellEnd"/>
      <w:r w:rsidRPr="00383D07">
        <w:rPr>
          <w:rFonts w:cs="Arial"/>
          <w:b/>
          <w:sz w:val="16"/>
          <w:szCs w:val="16"/>
        </w:rPr>
        <w:t xml:space="preserve"> </w:t>
      </w:r>
      <w:proofErr w:type="spellStart"/>
      <w:r w:rsidRPr="00383D07">
        <w:rPr>
          <w:rFonts w:cs="Arial"/>
          <w:b/>
          <w:sz w:val="16"/>
          <w:szCs w:val="16"/>
        </w:rPr>
        <w:t>templo</w:t>
      </w:r>
      <w:proofErr w:type="spellEnd"/>
      <w:r w:rsidRPr="00383D07">
        <w:rPr>
          <w:rFonts w:cs="Arial"/>
          <w:b/>
          <w:sz w:val="16"/>
          <w:szCs w:val="16"/>
        </w:rPr>
        <w:t xml:space="preserve"> </w:t>
      </w:r>
      <w:proofErr w:type="spellStart"/>
      <w:r w:rsidRPr="00383D07">
        <w:rPr>
          <w:rFonts w:cs="Arial"/>
          <w:b/>
          <w:sz w:val="16"/>
          <w:szCs w:val="16"/>
        </w:rPr>
        <w:t>para</w:t>
      </w:r>
      <w:proofErr w:type="spellEnd"/>
      <w:r w:rsidRPr="00383D07">
        <w:rPr>
          <w:rFonts w:cs="Arial"/>
          <w:b/>
          <w:sz w:val="16"/>
          <w:szCs w:val="16"/>
        </w:rPr>
        <w:t xml:space="preserve"> </w:t>
      </w:r>
      <w:proofErr w:type="spellStart"/>
      <w:r w:rsidRPr="00383D07">
        <w:rPr>
          <w:rFonts w:cs="Arial"/>
          <w:b/>
          <w:sz w:val="16"/>
          <w:szCs w:val="16"/>
        </w:rPr>
        <w:t>exercício</w:t>
      </w:r>
      <w:proofErr w:type="spellEnd"/>
      <w:r w:rsidRPr="00383D07">
        <w:rPr>
          <w:rFonts w:cs="Arial"/>
          <w:b/>
          <w:sz w:val="16"/>
          <w:szCs w:val="16"/>
        </w:rPr>
        <w:t xml:space="preserve"> de </w:t>
      </w:r>
      <w:proofErr w:type="spellStart"/>
      <w:r w:rsidRPr="00383D07">
        <w:rPr>
          <w:rFonts w:cs="Arial"/>
          <w:b/>
          <w:sz w:val="16"/>
          <w:szCs w:val="16"/>
        </w:rPr>
        <w:t>suas</w:t>
      </w:r>
      <w:proofErr w:type="spellEnd"/>
      <w:r w:rsidRPr="00383D07">
        <w:rPr>
          <w:rFonts w:cs="Arial"/>
          <w:b/>
          <w:sz w:val="16"/>
          <w:szCs w:val="16"/>
        </w:rPr>
        <w:t xml:space="preserve"> </w:t>
      </w:r>
      <w:proofErr w:type="spellStart"/>
      <w:r w:rsidRPr="00383D07">
        <w:rPr>
          <w:rFonts w:cs="Arial"/>
          <w:b/>
          <w:sz w:val="16"/>
          <w:szCs w:val="16"/>
        </w:rPr>
        <w:t>atividades</w:t>
      </w:r>
      <w:proofErr w:type="spellEnd"/>
      <w:r w:rsidRPr="00383D07">
        <w:rPr>
          <w:rFonts w:cs="Arial"/>
          <w:b/>
          <w:sz w:val="16"/>
          <w:szCs w:val="16"/>
        </w:rPr>
        <w:t xml:space="preserve"> </w:t>
      </w:r>
      <w:proofErr w:type="spellStart"/>
      <w:r w:rsidRPr="00383D07">
        <w:rPr>
          <w:rFonts w:cs="Arial"/>
          <w:b/>
          <w:sz w:val="16"/>
          <w:szCs w:val="16"/>
        </w:rPr>
        <w:t>essenciais</w:t>
      </w:r>
      <w:proofErr w:type="spellEnd"/>
      <w:r>
        <w:rPr>
          <w:rFonts w:cs="Arial"/>
          <w:b/>
          <w:sz w:val="16"/>
          <w:szCs w:val="16"/>
        </w:rPr>
        <w:t>.</w:t>
      </w:r>
    </w:p>
    <w:p w:rsidR="005C76A6" w:rsidRPr="00745F8A" w:rsidRDefault="005C76A6" w:rsidP="005C76A6">
      <w:pPr>
        <w:pStyle w:val="PargrafodaLista"/>
        <w:spacing w:before="40"/>
        <w:ind w:left="142"/>
        <w:jc w:val="both"/>
        <w:rPr>
          <w:rFonts w:cs="Arial"/>
          <w:b/>
          <w:sz w:val="10"/>
          <w:szCs w:val="10"/>
        </w:rPr>
      </w:pPr>
    </w:p>
    <w:p w:rsidR="005C76A6" w:rsidRDefault="005C76A6" w:rsidP="005C76A6">
      <w:pPr>
        <w:spacing w:line="276" w:lineRule="auto"/>
        <w:ind w:left="142"/>
        <w:jc w:val="both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No </w:t>
      </w:r>
      <w:proofErr w:type="spellStart"/>
      <w:r>
        <w:rPr>
          <w:rFonts w:cs="Arial"/>
          <w:sz w:val="16"/>
          <w:szCs w:val="16"/>
        </w:rPr>
        <w:t>término</w:t>
      </w:r>
      <w:proofErr w:type="spellEnd"/>
      <w:r>
        <w:rPr>
          <w:rFonts w:cs="Arial"/>
          <w:sz w:val="16"/>
          <w:szCs w:val="16"/>
        </w:rPr>
        <w:t xml:space="preserve"> do </w:t>
      </w:r>
      <w:proofErr w:type="spellStart"/>
      <w:r>
        <w:rPr>
          <w:rFonts w:cs="Arial"/>
          <w:sz w:val="16"/>
          <w:szCs w:val="16"/>
        </w:rPr>
        <w:t>prazo</w:t>
      </w:r>
      <w:proofErr w:type="spellEnd"/>
      <w:r>
        <w:rPr>
          <w:rFonts w:cs="Arial"/>
          <w:sz w:val="16"/>
          <w:szCs w:val="16"/>
        </w:rPr>
        <w:t xml:space="preserve"> do </w:t>
      </w:r>
      <w:proofErr w:type="spellStart"/>
      <w:r>
        <w:rPr>
          <w:rFonts w:cs="Arial"/>
          <w:sz w:val="16"/>
          <w:szCs w:val="16"/>
        </w:rPr>
        <w:t>contrato</w:t>
      </w:r>
      <w:proofErr w:type="spellEnd"/>
      <w:r>
        <w:rPr>
          <w:rFonts w:cs="Arial"/>
          <w:sz w:val="16"/>
          <w:szCs w:val="16"/>
        </w:rPr>
        <w:t>, é</w:t>
      </w:r>
      <w:r w:rsidRPr="00946331">
        <w:rPr>
          <w:rFonts w:cs="Arial"/>
          <w:b/>
          <w:bCs/>
          <w:sz w:val="16"/>
          <w:szCs w:val="16"/>
        </w:rPr>
        <w:t xml:space="preserve"> </w:t>
      </w:r>
      <w:r>
        <w:rPr>
          <w:rFonts w:cs="Arial"/>
          <w:b/>
          <w:bCs/>
          <w:sz w:val="18"/>
          <w:szCs w:val="18"/>
          <w:u w:val="single"/>
        </w:rPr>
        <w:t>OBRIGATÓRIA</w:t>
      </w:r>
      <w:r w:rsidRPr="00946331">
        <w:rPr>
          <w:rFonts w:cs="Arial"/>
          <w:sz w:val="16"/>
          <w:szCs w:val="16"/>
        </w:rPr>
        <w:t xml:space="preserve"> </w:t>
      </w:r>
      <w:proofErr w:type="gramStart"/>
      <w:r>
        <w:rPr>
          <w:rFonts w:cs="Arial"/>
          <w:sz w:val="16"/>
          <w:szCs w:val="16"/>
        </w:rPr>
        <w:t>a</w:t>
      </w:r>
      <w:proofErr w:type="gramEnd"/>
      <w:r>
        <w:rPr>
          <w:rFonts w:cs="Arial"/>
          <w:sz w:val="16"/>
          <w:szCs w:val="16"/>
        </w:rPr>
        <w:t xml:space="preserve"> </w:t>
      </w:r>
      <w:proofErr w:type="spellStart"/>
      <w:r>
        <w:rPr>
          <w:rFonts w:cs="Arial"/>
          <w:sz w:val="16"/>
          <w:szCs w:val="16"/>
        </w:rPr>
        <w:t>apresentação</w:t>
      </w:r>
      <w:proofErr w:type="spellEnd"/>
      <w:r>
        <w:rPr>
          <w:rFonts w:cs="Arial"/>
          <w:sz w:val="16"/>
          <w:szCs w:val="16"/>
        </w:rPr>
        <w:t xml:space="preserve"> do </w:t>
      </w:r>
      <w:proofErr w:type="spellStart"/>
      <w:r w:rsidRPr="00BF35E4">
        <w:rPr>
          <w:rFonts w:cs="Arial"/>
          <w:sz w:val="16"/>
          <w:szCs w:val="16"/>
        </w:rPr>
        <w:t>termo</w:t>
      </w:r>
      <w:proofErr w:type="spellEnd"/>
      <w:r w:rsidRPr="00BF35E4">
        <w:rPr>
          <w:rFonts w:cs="Arial"/>
          <w:sz w:val="16"/>
          <w:szCs w:val="16"/>
        </w:rPr>
        <w:t xml:space="preserve"> </w:t>
      </w:r>
      <w:proofErr w:type="spellStart"/>
      <w:r w:rsidRPr="00BF35E4">
        <w:rPr>
          <w:rFonts w:cs="Arial"/>
          <w:sz w:val="16"/>
          <w:szCs w:val="16"/>
        </w:rPr>
        <w:t>aditivo</w:t>
      </w:r>
      <w:proofErr w:type="spellEnd"/>
      <w:r w:rsidRPr="00BF35E4">
        <w:rPr>
          <w:rFonts w:cs="Arial"/>
          <w:sz w:val="16"/>
          <w:szCs w:val="16"/>
        </w:rPr>
        <w:t xml:space="preserve"> de </w:t>
      </w:r>
      <w:proofErr w:type="spellStart"/>
      <w:r w:rsidRPr="00BF35E4">
        <w:rPr>
          <w:rFonts w:cs="Arial"/>
          <w:sz w:val="16"/>
          <w:szCs w:val="16"/>
        </w:rPr>
        <w:t>prorroga</w:t>
      </w:r>
      <w:r>
        <w:rPr>
          <w:rFonts w:cs="Arial"/>
          <w:sz w:val="16"/>
          <w:szCs w:val="16"/>
        </w:rPr>
        <w:t>ção</w:t>
      </w:r>
      <w:proofErr w:type="spellEnd"/>
      <w:r>
        <w:rPr>
          <w:rFonts w:cs="Arial"/>
          <w:sz w:val="16"/>
          <w:szCs w:val="16"/>
        </w:rPr>
        <w:t xml:space="preserve"> </w:t>
      </w:r>
      <w:proofErr w:type="spellStart"/>
      <w:r>
        <w:rPr>
          <w:rFonts w:cs="Arial"/>
          <w:sz w:val="16"/>
          <w:szCs w:val="16"/>
        </w:rPr>
        <w:t>contratual</w:t>
      </w:r>
      <w:proofErr w:type="spellEnd"/>
      <w:r w:rsidRPr="00BF35E4">
        <w:rPr>
          <w:rFonts w:cs="Arial"/>
          <w:sz w:val="16"/>
          <w:szCs w:val="16"/>
        </w:rPr>
        <w:t xml:space="preserve">, </w:t>
      </w:r>
      <w:r w:rsidRPr="00181036">
        <w:rPr>
          <w:rFonts w:cs="Arial"/>
          <w:b/>
          <w:sz w:val="16"/>
          <w:szCs w:val="16"/>
          <w:u w:val="single"/>
        </w:rPr>
        <w:t xml:space="preserve">sob </w:t>
      </w:r>
      <w:proofErr w:type="spellStart"/>
      <w:r w:rsidRPr="00181036">
        <w:rPr>
          <w:rFonts w:cs="Arial"/>
          <w:b/>
          <w:sz w:val="16"/>
          <w:szCs w:val="16"/>
          <w:u w:val="single"/>
        </w:rPr>
        <w:t>pena</w:t>
      </w:r>
      <w:proofErr w:type="spellEnd"/>
      <w:r w:rsidRPr="00181036">
        <w:rPr>
          <w:rFonts w:cs="Arial"/>
          <w:b/>
          <w:sz w:val="16"/>
          <w:szCs w:val="16"/>
          <w:u w:val="single"/>
        </w:rPr>
        <w:t xml:space="preserve"> de </w:t>
      </w:r>
      <w:proofErr w:type="spellStart"/>
      <w:r w:rsidRPr="00181036">
        <w:rPr>
          <w:rFonts w:cs="Arial"/>
          <w:b/>
          <w:sz w:val="16"/>
          <w:szCs w:val="16"/>
          <w:u w:val="single"/>
        </w:rPr>
        <w:t>ver</w:t>
      </w:r>
      <w:proofErr w:type="spellEnd"/>
      <w:r w:rsidRPr="00181036">
        <w:rPr>
          <w:rFonts w:cs="Arial"/>
          <w:b/>
          <w:sz w:val="16"/>
          <w:szCs w:val="16"/>
          <w:u w:val="single"/>
        </w:rPr>
        <w:t xml:space="preserve"> </w:t>
      </w:r>
      <w:proofErr w:type="spellStart"/>
      <w:r w:rsidRPr="00181036">
        <w:rPr>
          <w:rFonts w:cs="Arial"/>
          <w:b/>
          <w:sz w:val="16"/>
          <w:szCs w:val="16"/>
          <w:u w:val="single"/>
        </w:rPr>
        <w:t>cessado</w:t>
      </w:r>
      <w:proofErr w:type="spellEnd"/>
      <w:r w:rsidRPr="00181036">
        <w:rPr>
          <w:rFonts w:cs="Arial"/>
          <w:b/>
          <w:sz w:val="16"/>
          <w:szCs w:val="16"/>
          <w:u w:val="single"/>
        </w:rPr>
        <w:t xml:space="preserve"> o </w:t>
      </w:r>
      <w:proofErr w:type="spellStart"/>
      <w:r w:rsidRPr="00181036">
        <w:rPr>
          <w:rFonts w:cs="Arial"/>
          <w:b/>
          <w:sz w:val="16"/>
          <w:szCs w:val="16"/>
          <w:u w:val="single"/>
        </w:rPr>
        <w:t>benefício</w:t>
      </w:r>
      <w:proofErr w:type="spellEnd"/>
      <w:r>
        <w:rPr>
          <w:rFonts w:cs="Arial"/>
          <w:sz w:val="16"/>
          <w:szCs w:val="16"/>
        </w:rPr>
        <w:t>.</w:t>
      </w:r>
    </w:p>
    <w:p w:rsidR="005C76A6" w:rsidRPr="00D924D8" w:rsidRDefault="005C76A6" w:rsidP="005C76A6">
      <w:pPr>
        <w:rPr>
          <w:rFonts w:cs="Arial"/>
          <w:sz w:val="12"/>
          <w:szCs w:val="12"/>
        </w:rPr>
      </w:pPr>
    </w:p>
    <w:p w:rsidR="005C76A6" w:rsidRPr="00604E94" w:rsidRDefault="005C76A6" w:rsidP="005C76A6">
      <w:pPr>
        <w:pStyle w:val="PargrafodaLista"/>
        <w:numPr>
          <w:ilvl w:val="0"/>
          <w:numId w:val="15"/>
        </w:numPr>
        <w:spacing w:after="0" w:line="240" w:lineRule="auto"/>
        <w:contextualSpacing w:val="0"/>
        <w:rPr>
          <w:rFonts w:cs="Arial"/>
          <w:b/>
          <w:bCs/>
          <w:sz w:val="18"/>
          <w:szCs w:val="18"/>
          <w:u w:val="single"/>
        </w:rPr>
      </w:pPr>
      <w:proofErr w:type="spellStart"/>
      <w:r w:rsidRPr="00604E94">
        <w:rPr>
          <w:rFonts w:cs="Arial"/>
          <w:b/>
          <w:bCs/>
          <w:sz w:val="18"/>
          <w:szCs w:val="18"/>
          <w:u w:val="single"/>
        </w:rPr>
        <w:t>Sindicato</w:t>
      </w:r>
      <w:proofErr w:type="spellEnd"/>
      <w:r w:rsidRPr="00604E94">
        <w:rPr>
          <w:rFonts w:cs="Arial"/>
          <w:b/>
          <w:bCs/>
          <w:sz w:val="18"/>
          <w:szCs w:val="18"/>
          <w:u w:val="single"/>
        </w:rPr>
        <w:t xml:space="preserve"> dos </w:t>
      </w:r>
      <w:proofErr w:type="spellStart"/>
      <w:r w:rsidRPr="00604E94">
        <w:rPr>
          <w:rFonts w:cs="Arial"/>
          <w:b/>
          <w:bCs/>
          <w:sz w:val="18"/>
          <w:szCs w:val="18"/>
          <w:u w:val="single"/>
        </w:rPr>
        <w:t>trabalhadores</w:t>
      </w:r>
      <w:proofErr w:type="spellEnd"/>
      <w:r w:rsidRPr="00604E94">
        <w:rPr>
          <w:rFonts w:cs="Arial"/>
          <w:b/>
          <w:bCs/>
          <w:sz w:val="18"/>
          <w:szCs w:val="18"/>
          <w:u w:val="single"/>
        </w:rPr>
        <w:t xml:space="preserve">, </w:t>
      </w:r>
      <w:proofErr w:type="spellStart"/>
      <w:r w:rsidRPr="00604E94">
        <w:rPr>
          <w:rFonts w:cs="Arial"/>
          <w:b/>
          <w:bCs/>
          <w:sz w:val="18"/>
          <w:szCs w:val="18"/>
          <w:u w:val="single"/>
        </w:rPr>
        <w:t>Instituições</w:t>
      </w:r>
      <w:proofErr w:type="spellEnd"/>
      <w:r w:rsidRPr="00604E94">
        <w:rPr>
          <w:rFonts w:cs="Arial"/>
          <w:b/>
          <w:bCs/>
          <w:sz w:val="18"/>
          <w:szCs w:val="18"/>
          <w:u w:val="single"/>
        </w:rPr>
        <w:t xml:space="preserve"> de </w:t>
      </w:r>
      <w:proofErr w:type="spellStart"/>
      <w:r w:rsidRPr="00604E94">
        <w:rPr>
          <w:rFonts w:cs="Arial"/>
          <w:b/>
          <w:bCs/>
          <w:sz w:val="18"/>
          <w:szCs w:val="18"/>
          <w:u w:val="single"/>
        </w:rPr>
        <w:t>educação</w:t>
      </w:r>
      <w:proofErr w:type="spellEnd"/>
      <w:r w:rsidRPr="00604E94">
        <w:rPr>
          <w:rFonts w:cs="Arial"/>
          <w:b/>
          <w:bCs/>
          <w:sz w:val="18"/>
          <w:szCs w:val="18"/>
          <w:u w:val="single"/>
        </w:rPr>
        <w:t xml:space="preserve"> e de </w:t>
      </w:r>
      <w:proofErr w:type="spellStart"/>
      <w:r w:rsidRPr="00604E94">
        <w:rPr>
          <w:rFonts w:cs="Arial"/>
          <w:b/>
          <w:bCs/>
          <w:sz w:val="18"/>
          <w:szCs w:val="18"/>
          <w:u w:val="single"/>
        </w:rPr>
        <w:t>assistência</w:t>
      </w:r>
      <w:proofErr w:type="spellEnd"/>
      <w:r w:rsidRPr="00604E94">
        <w:rPr>
          <w:rFonts w:cs="Arial"/>
          <w:b/>
          <w:bCs/>
          <w:sz w:val="18"/>
          <w:szCs w:val="18"/>
          <w:u w:val="single"/>
        </w:rPr>
        <w:t xml:space="preserve"> social </w:t>
      </w:r>
      <w:proofErr w:type="spellStart"/>
      <w:r w:rsidRPr="00604E94">
        <w:rPr>
          <w:rFonts w:cs="Arial"/>
          <w:b/>
          <w:bCs/>
          <w:sz w:val="18"/>
          <w:szCs w:val="18"/>
          <w:u w:val="single"/>
        </w:rPr>
        <w:t>sem</w:t>
      </w:r>
      <w:proofErr w:type="spellEnd"/>
      <w:r w:rsidRPr="00604E94">
        <w:rPr>
          <w:rFonts w:cs="Arial"/>
          <w:b/>
          <w:bCs/>
          <w:sz w:val="18"/>
          <w:szCs w:val="18"/>
          <w:u w:val="single"/>
        </w:rPr>
        <w:t xml:space="preserve"> fins </w:t>
      </w:r>
      <w:proofErr w:type="spellStart"/>
      <w:r w:rsidRPr="00604E94">
        <w:rPr>
          <w:rFonts w:cs="Arial"/>
          <w:b/>
          <w:bCs/>
          <w:sz w:val="18"/>
          <w:szCs w:val="18"/>
          <w:u w:val="single"/>
        </w:rPr>
        <w:t>lucrativos</w:t>
      </w:r>
      <w:proofErr w:type="spellEnd"/>
    </w:p>
    <w:p w:rsidR="005C76A6" w:rsidRPr="00604E94" w:rsidRDefault="005C76A6" w:rsidP="005C76A6">
      <w:pPr>
        <w:ind w:firstLine="142"/>
        <w:rPr>
          <w:rFonts w:cs="Arial"/>
          <w:b/>
          <w:bCs/>
          <w:sz w:val="10"/>
          <w:szCs w:val="10"/>
          <w:u w:val="single"/>
        </w:rPr>
      </w:pPr>
    </w:p>
    <w:p w:rsidR="005C76A6" w:rsidRDefault="005C76A6" w:rsidP="005C76A6">
      <w:pPr>
        <w:spacing w:before="60"/>
        <w:ind w:firstLine="142"/>
        <w:rPr>
          <w:rFonts w:cs="Arial"/>
          <w:b/>
          <w:bCs/>
          <w:sz w:val="16"/>
          <w:szCs w:val="16"/>
        </w:rPr>
      </w:pPr>
      <w:proofErr w:type="spellStart"/>
      <w:r w:rsidRPr="003E1CFC">
        <w:rPr>
          <w:rFonts w:cs="Arial"/>
          <w:b/>
          <w:bCs/>
          <w:sz w:val="16"/>
          <w:szCs w:val="16"/>
        </w:rPr>
        <w:t>Documentos</w:t>
      </w:r>
      <w:proofErr w:type="spellEnd"/>
      <w:r w:rsidRPr="003E1CFC">
        <w:rPr>
          <w:rFonts w:cs="Arial"/>
          <w:b/>
          <w:bCs/>
          <w:sz w:val="16"/>
          <w:szCs w:val="16"/>
        </w:rPr>
        <w:t xml:space="preserve"> a </w:t>
      </w:r>
      <w:proofErr w:type="spellStart"/>
      <w:r w:rsidRPr="003E1CFC">
        <w:rPr>
          <w:rFonts w:cs="Arial"/>
          <w:b/>
          <w:bCs/>
          <w:sz w:val="16"/>
          <w:szCs w:val="16"/>
        </w:rPr>
        <w:t>serem</w:t>
      </w:r>
      <w:proofErr w:type="spellEnd"/>
      <w:r w:rsidRPr="003E1CFC">
        <w:rPr>
          <w:rFonts w:cs="Arial"/>
          <w:b/>
          <w:bCs/>
          <w:sz w:val="16"/>
          <w:szCs w:val="16"/>
        </w:rPr>
        <w:t xml:space="preserve"> </w:t>
      </w:r>
      <w:proofErr w:type="spellStart"/>
      <w:r w:rsidRPr="003E1CFC">
        <w:rPr>
          <w:rFonts w:cs="Arial"/>
          <w:b/>
          <w:bCs/>
          <w:sz w:val="16"/>
          <w:szCs w:val="16"/>
        </w:rPr>
        <w:t>apresentados</w:t>
      </w:r>
      <w:proofErr w:type="spellEnd"/>
      <w:r>
        <w:rPr>
          <w:rFonts w:cs="Arial"/>
          <w:b/>
          <w:bCs/>
          <w:sz w:val="16"/>
          <w:szCs w:val="16"/>
        </w:rPr>
        <w:t xml:space="preserve"> (CÓPIA SIMPLES):</w:t>
      </w:r>
    </w:p>
    <w:p w:rsidR="005C76A6" w:rsidRDefault="005C76A6" w:rsidP="005C76A6">
      <w:pPr>
        <w:pStyle w:val="PargrafodaLista"/>
        <w:numPr>
          <w:ilvl w:val="0"/>
          <w:numId w:val="14"/>
        </w:numPr>
        <w:spacing w:before="40" w:after="0" w:line="276" w:lineRule="auto"/>
        <w:ind w:left="153" w:hanging="142"/>
        <w:contextualSpacing w:val="0"/>
        <w:rPr>
          <w:rFonts w:cs="Arial"/>
          <w:sz w:val="16"/>
          <w:szCs w:val="16"/>
        </w:rPr>
      </w:pPr>
      <w:r w:rsidRPr="00486EA7">
        <w:rPr>
          <w:rFonts w:cs="Arial"/>
          <w:sz w:val="16"/>
          <w:szCs w:val="16"/>
        </w:rPr>
        <w:lastRenderedPageBreak/>
        <w:t xml:space="preserve">RG e CPF do </w:t>
      </w:r>
      <w:proofErr w:type="spellStart"/>
      <w:r w:rsidRPr="00486EA7">
        <w:rPr>
          <w:rFonts w:cs="Arial"/>
          <w:sz w:val="16"/>
          <w:szCs w:val="16"/>
        </w:rPr>
        <w:t>representante</w:t>
      </w:r>
      <w:proofErr w:type="spellEnd"/>
      <w:r w:rsidRPr="00486EA7">
        <w:rPr>
          <w:rFonts w:cs="Arial"/>
          <w:sz w:val="16"/>
          <w:szCs w:val="16"/>
        </w:rPr>
        <w:t xml:space="preserve"> legal (</w:t>
      </w:r>
      <w:proofErr w:type="spellStart"/>
      <w:r w:rsidRPr="00486EA7">
        <w:rPr>
          <w:rFonts w:cs="Arial"/>
          <w:sz w:val="16"/>
          <w:szCs w:val="16"/>
        </w:rPr>
        <w:t>caso</w:t>
      </w:r>
      <w:proofErr w:type="spellEnd"/>
      <w:r w:rsidRPr="00486EA7">
        <w:rPr>
          <w:rFonts w:cs="Arial"/>
          <w:sz w:val="16"/>
          <w:szCs w:val="16"/>
        </w:rPr>
        <w:t xml:space="preserve"> </w:t>
      </w:r>
      <w:proofErr w:type="spellStart"/>
      <w:r w:rsidRPr="00486EA7">
        <w:rPr>
          <w:rFonts w:cs="Arial"/>
          <w:sz w:val="16"/>
          <w:szCs w:val="16"/>
        </w:rPr>
        <w:t>seja</w:t>
      </w:r>
      <w:proofErr w:type="spellEnd"/>
      <w:r w:rsidRPr="00486EA7">
        <w:rPr>
          <w:rFonts w:cs="Arial"/>
          <w:sz w:val="16"/>
          <w:szCs w:val="16"/>
        </w:rPr>
        <w:t xml:space="preserve"> </w:t>
      </w:r>
      <w:proofErr w:type="spellStart"/>
      <w:r w:rsidRPr="00486EA7">
        <w:rPr>
          <w:rFonts w:cs="Arial"/>
          <w:sz w:val="16"/>
          <w:szCs w:val="16"/>
        </w:rPr>
        <w:t>procurador</w:t>
      </w:r>
      <w:proofErr w:type="spellEnd"/>
      <w:r w:rsidRPr="00486EA7">
        <w:rPr>
          <w:rFonts w:cs="Arial"/>
          <w:sz w:val="16"/>
          <w:szCs w:val="16"/>
        </w:rPr>
        <w:t xml:space="preserve">, </w:t>
      </w:r>
      <w:proofErr w:type="spellStart"/>
      <w:r w:rsidRPr="00486EA7">
        <w:rPr>
          <w:rFonts w:cs="Arial"/>
          <w:sz w:val="16"/>
          <w:szCs w:val="16"/>
        </w:rPr>
        <w:t>apresentar</w:t>
      </w:r>
      <w:proofErr w:type="spellEnd"/>
      <w:r w:rsidRPr="00486EA7">
        <w:rPr>
          <w:rFonts w:cs="Arial"/>
          <w:sz w:val="16"/>
          <w:szCs w:val="16"/>
        </w:rPr>
        <w:t xml:space="preserve"> </w:t>
      </w:r>
      <w:proofErr w:type="spellStart"/>
      <w:r w:rsidRPr="00486EA7">
        <w:rPr>
          <w:rFonts w:cs="Arial"/>
          <w:sz w:val="16"/>
          <w:szCs w:val="16"/>
        </w:rPr>
        <w:t>também</w:t>
      </w:r>
      <w:proofErr w:type="spellEnd"/>
      <w:r w:rsidRPr="00486EA7">
        <w:rPr>
          <w:rFonts w:cs="Arial"/>
          <w:sz w:val="16"/>
          <w:szCs w:val="16"/>
        </w:rPr>
        <w:t xml:space="preserve"> </w:t>
      </w:r>
      <w:proofErr w:type="spellStart"/>
      <w:r w:rsidRPr="00486EA7">
        <w:rPr>
          <w:rFonts w:cs="Arial"/>
          <w:sz w:val="16"/>
          <w:szCs w:val="16"/>
        </w:rPr>
        <w:t>procuração</w:t>
      </w:r>
      <w:proofErr w:type="spellEnd"/>
      <w:r w:rsidRPr="00486EA7">
        <w:rPr>
          <w:rFonts w:cs="Arial"/>
          <w:sz w:val="16"/>
          <w:szCs w:val="16"/>
        </w:rPr>
        <w:t xml:space="preserve">, RG e CPF do </w:t>
      </w:r>
      <w:proofErr w:type="spellStart"/>
      <w:r w:rsidRPr="00486EA7">
        <w:rPr>
          <w:rFonts w:cs="Arial"/>
          <w:sz w:val="16"/>
          <w:szCs w:val="16"/>
        </w:rPr>
        <w:t>procurador</w:t>
      </w:r>
      <w:proofErr w:type="spellEnd"/>
      <w:r w:rsidRPr="00486EA7">
        <w:rPr>
          <w:rFonts w:cs="Arial"/>
          <w:sz w:val="16"/>
          <w:szCs w:val="16"/>
        </w:rPr>
        <w:t>);</w:t>
      </w:r>
    </w:p>
    <w:p w:rsidR="005C76A6" w:rsidRPr="003E1CFC" w:rsidRDefault="005C76A6" w:rsidP="005C76A6">
      <w:pPr>
        <w:pStyle w:val="PargrafodaLista"/>
        <w:numPr>
          <w:ilvl w:val="0"/>
          <w:numId w:val="14"/>
        </w:numPr>
        <w:spacing w:before="60" w:after="0" w:line="276" w:lineRule="auto"/>
        <w:ind w:left="153" w:hanging="141"/>
        <w:contextualSpacing w:val="0"/>
        <w:rPr>
          <w:rFonts w:cs="Arial"/>
          <w:sz w:val="16"/>
          <w:szCs w:val="16"/>
        </w:rPr>
      </w:pPr>
      <w:proofErr w:type="spellStart"/>
      <w:r w:rsidRPr="003E1CFC">
        <w:rPr>
          <w:rFonts w:cs="Arial"/>
          <w:sz w:val="16"/>
          <w:szCs w:val="16"/>
        </w:rPr>
        <w:t>Matrícula</w:t>
      </w:r>
      <w:proofErr w:type="spellEnd"/>
      <w:r w:rsidRPr="003E1CFC">
        <w:rPr>
          <w:rFonts w:cs="Arial"/>
          <w:sz w:val="16"/>
          <w:szCs w:val="16"/>
        </w:rPr>
        <w:t xml:space="preserve"> </w:t>
      </w:r>
      <w:proofErr w:type="spellStart"/>
      <w:r w:rsidRPr="003E1CFC">
        <w:rPr>
          <w:rFonts w:cs="Arial"/>
          <w:sz w:val="16"/>
          <w:szCs w:val="16"/>
        </w:rPr>
        <w:t>atualizada</w:t>
      </w:r>
      <w:proofErr w:type="spellEnd"/>
      <w:r>
        <w:rPr>
          <w:rFonts w:cs="Arial"/>
          <w:sz w:val="16"/>
          <w:szCs w:val="16"/>
        </w:rPr>
        <w:t xml:space="preserve"> do </w:t>
      </w:r>
      <w:proofErr w:type="spellStart"/>
      <w:r>
        <w:rPr>
          <w:rFonts w:cs="Arial"/>
          <w:sz w:val="16"/>
          <w:szCs w:val="16"/>
        </w:rPr>
        <w:t>imóvel</w:t>
      </w:r>
      <w:proofErr w:type="spellEnd"/>
      <w:r>
        <w:rPr>
          <w:rFonts w:cs="Arial"/>
          <w:sz w:val="16"/>
          <w:szCs w:val="16"/>
        </w:rPr>
        <w:t>;</w:t>
      </w:r>
    </w:p>
    <w:p w:rsidR="005C76A6" w:rsidRDefault="005C76A6" w:rsidP="005C76A6">
      <w:pPr>
        <w:pStyle w:val="PargrafodaLista"/>
        <w:numPr>
          <w:ilvl w:val="0"/>
          <w:numId w:val="14"/>
        </w:numPr>
        <w:spacing w:before="40" w:after="0" w:line="276" w:lineRule="auto"/>
        <w:ind w:left="153" w:hanging="142"/>
        <w:contextualSpacing w:val="0"/>
        <w:rPr>
          <w:rFonts w:cs="Arial"/>
          <w:sz w:val="16"/>
          <w:szCs w:val="16"/>
        </w:rPr>
      </w:pPr>
      <w:proofErr w:type="spellStart"/>
      <w:r>
        <w:rPr>
          <w:rFonts w:cs="Arial"/>
          <w:sz w:val="16"/>
          <w:szCs w:val="16"/>
        </w:rPr>
        <w:t>Estatuto</w:t>
      </w:r>
      <w:proofErr w:type="spellEnd"/>
      <w:r>
        <w:rPr>
          <w:rFonts w:cs="Arial"/>
          <w:sz w:val="16"/>
          <w:szCs w:val="16"/>
        </w:rPr>
        <w:t>;</w:t>
      </w:r>
    </w:p>
    <w:p w:rsidR="005C76A6" w:rsidRPr="00745F8A" w:rsidRDefault="005C76A6" w:rsidP="005C76A6">
      <w:pPr>
        <w:pStyle w:val="PargrafodaLista"/>
        <w:numPr>
          <w:ilvl w:val="0"/>
          <w:numId w:val="14"/>
        </w:numPr>
        <w:spacing w:before="40" w:after="0" w:line="276" w:lineRule="auto"/>
        <w:ind w:left="153" w:hanging="142"/>
        <w:contextualSpacing w:val="0"/>
        <w:rPr>
          <w:rFonts w:cs="Arial"/>
          <w:sz w:val="16"/>
          <w:szCs w:val="16"/>
        </w:rPr>
      </w:pPr>
      <w:r w:rsidRPr="00745F8A">
        <w:rPr>
          <w:rFonts w:cs="Arial"/>
          <w:sz w:val="16"/>
          <w:szCs w:val="16"/>
        </w:rPr>
        <w:t xml:space="preserve">Ata </w:t>
      </w:r>
      <w:proofErr w:type="spellStart"/>
      <w:r w:rsidRPr="00745F8A">
        <w:rPr>
          <w:rFonts w:cs="Arial"/>
          <w:sz w:val="16"/>
          <w:szCs w:val="16"/>
        </w:rPr>
        <w:t>atualizada</w:t>
      </w:r>
      <w:proofErr w:type="spellEnd"/>
      <w:r w:rsidRPr="00745F8A">
        <w:rPr>
          <w:rFonts w:cs="Arial"/>
          <w:sz w:val="16"/>
          <w:szCs w:val="16"/>
        </w:rPr>
        <w:t>;</w:t>
      </w:r>
    </w:p>
    <w:p w:rsidR="005C76A6" w:rsidRPr="003E1CFC" w:rsidRDefault="005C76A6" w:rsidP="005C76A6">
      <w:pPr>
        <w:pStyle w:val="PargrafodaLista"/>
        <w:numPr>
          <w:ilvl w:val="0"/>
          <w:numId w:val="14"/>
        </w:numPr>
        <w:spacing w:before="40" w:after="0" w:line="276" w:lineRule="auto"/>
        <w:ind w:left="153" w:hanging="142"/>
        <w:contextualSpacing w:val="0"/>
        <w:rPr>
          <w:rFonts w:cs="Arial"/>
          <w:sz w:val="16"/>
          <w:szCs w:val="16"/>
        </w:rPr>
      </w:pPr>
      <w:r w:rsidRPr="003E1CFC">
        <w:rPr>
          <w:rFonts w:cs="Arial"/>
          <w:sz w:val="16"/>
          <w:szCs w:val="16"/>
        </w:rPr>
        <w:t>CNPJ</w:t>
      </w:r>
      <w:r>
        <w:rPr>
          <w:rFonts w:cs="Arial"/>
          <w:sz w:val="16"/>
          <w:szCs w:val="16"/>
        </w:rPr>
        <w:t>;</w:t>
      </w:r>
    </w:p>
    <w:p w:rsidR="005C76A6" w:rsidRDefault="005C76A6" w:rsidP="005C76A6">
      <w:pPr>
        <w:pStyle w:val="PargrafodaLista"/>
        <w:numPr>
          <w:ilvl w:val="0"/>
          <w:numId w:val="14"/>
        </w:numPr>
        <w:spacing w:before="40" w:after="0" w:line="276" w:lineRule="auto"/>
        <w:ind w:left="153" w:hanging="142"/>
        <w:contextualSpacing w:val="0"/>
        <w:rPr>
          <w:rFonts w:cs="Arial"/>
          <w:sz w:val="16"/>
          <w:szCs w:val="16"/>
        </w:rPr>
      </w:pPr>
      <w:proofErr w:type="spellStart"/>
      <w:r w:rsidRPr="003E1CFC">
        <w:rPr>
          <w:rFonts w:cs="Arial"/>
          <w:sz w:val="16"/>
          <w:szCs w:val="16"/>
        </w:rPr>
        <w:t>Inscrição</w:t>
      </w:r>
      <w:proofErr w:type="spellEnd"/>
      <w:r w:rsidRPr="003E1CFC">
        <w:rPr>
          <w:rFonts w:cs="Arial"/>
          <w:sz w:val="16"/>
          <w:szCs w:val="16"/>
        </w:rPr>
        <w:t xml:space="preserve"> Municipal</w:t>
      </w:r>
      <w:r>
        <w:rPr>
          <w:rFonts w:cs="Arial"/>
          <w:sz w:val="16"/>
          <w:szCs w:val="16"/>
        </w:rPr>
        <w:t>;</w:t>
      </w:r>
    </w:p>
    <w:p w:rsidR="005C76A6" w:rsidRDefault="005C76A6" w:rsidP="005C76A6">
      <w:pPr>
        <w:pStyle w:val="PargrafodaLista"/>
        <w:numPr>
          <w:ilvl w:val="0"/>
          <w:numId w:val="14"/>
        </w:numPr>
        <w:spacing w:before="40" w:after="0" w:line="276" w:lineRule="auto"/>
        <w:ind w:left="153" w:hanging="142"/>
        <w:contextualSpacing w:val="0"/>
        <w:rPr>
          <w:rFonts w:cs="Arial"/>
          <w:sz w:val="16"/>
          <w:szCs w:val="16"/>
        </w:rPr>
      </w:pPr>
      <w:proofErr w:type="spellStart"/>
      <w:r>
        <w:rPr>
          <w:rFonts w:cs="Arial"/>
          <w:sz w:val="16"/>
          <w:szCs w:val="16"/>
        </w:rPr>
        <w:t>B</w:t>
      </w:r>
      <w:r w:rsidRPr="003E1CFC">
        <w:rPr>
          <w:rFonts w:cs="Arial"/>
          <w:sz w:val="16"/>
          <w:szCs w:val="16"/>
        </w:rPr>
        <w:t>alanços</w:t>
      </w:r>
      <w:proofErr w:type="spellEnd"/>
      <w:r w:rsidRPr="003E1CFC">
        <w:rPr>
          <w:rFonts w:cs="Arial"/>
          <w:sz w:val="16"/>
          <w:szCs w:val="16"/>
        </w:rPr>
        <w:t xml:space="preserve"> e </w:t>
      </w:r>
      <w:proofErr w:type="spellStart"/>
      <w:r w:rsidRPr="003E1CFC">
        <w:rPr>
          <w:rFonts w:cs="Arial"/>
          <w:sz w:val="16"/>
          <w:szCs w:val="16"/>
        </w:rPr>
        <w:t>balancetes</w:t>
      </w:r>
      <w:proofErr w:type="spellEnd"/>
      <w:r w:rsidRPr="003E1CFC">
        <w:rPr>
          <w:rFonts w:cs="Arial"/>
          <w:sz w:val="16"/>
          <w:szCs w:val="16"/>
        </w:rPr>
        <w:t xml:space="preserve"> </w:t>
      </w:r>
      <w:proofErr w:type="spellStart"/>
      <w:r w:rsidRPr="003E1CFC">
        <w:rPr>
          <w:rFonts w:cs="Arial"/>
          <w:sz w:val="16"/>
          <w:szCs w:val="16"/>
        </w:rPr>
        <w:t>analíticos</w:t>
      </w:r>
      <w:proofErr w:type="spellEnd"/>
      <w:r w:rsidRPr="003E1CFC">
        <w:rPr>
          <w:rFonts w:cs="Arial"/>
          <w:sz w:val="16"/>
          <w:szCs w:val="16"/>
        </w:rPr>
        <w:t xml:space="preserve">, </w:t>
      </w:r>
      <w:proofErr w:type="spellStart"/>
      <w:r w:rsidRPr="003E1CFC">
        <w:rPr>
          <w:rFonts w:cs="Arial"/>
          <w:sz w:val="16"/>
          <w:szCs w:val="16"/>
        </w:rPr>
        <w:t>livros</w:t>
      </w:r>
      <w:proofErr w:type="spellEnd"/>
      <w:r w:rsidRPr="003E1CFC">
        <w:rPr>
          <w:rFonts w:cs="Arial"/>
          <w:sz w:val="16"/>
          <w:szCs w:val="16"/>
        </w:rPr>
        <w:t xml:space="preserve"> </w:t>
      </w:r>
      <w:proofErr w:type="spellStart"/>
      <w:r w:rsidRPr="003E1CFC">
        <w:rPr>
          <w:rFonts w:cs="Arial"/>
          <w:sz w:val="16"/>
          <w:szCs w:val="16"/>
        </w:rPr>
        <w:t>diários</w:t>
      </w:r>
      <w:proofErr w:type="spellEnd"/>
      <w:r w:rsidRPr="003E1CFC">
        <w:rPr>
          <w:rFonts w:cs="Arial"/>
          <w:sz w:val="16"/>
          <w:szCs w:val="16"/>
        </w:rPr>
        <w:t xml:space="preserve"> e </w:t>
      </w:r>
      <w:proofErr w:type="spellStart"/>
      <w:r w:rsidRPr="003E1CFC">
        <w:rPr>
          <w:rFonts w:cs="Arial"/>
          <w:sz w:val="16"/>
          <w:szCs w:val="16"/>
        </w:rPr>
        <w:t>demonstrativos</w:t>
      </w:r>
      <w:proofErr w:type="spellEnd"/>
      <w:r w:rsidRPr="003E1CFC">
        <w:rPr>
          <w:rFonts w:cs="Arial"/>
          <w:sz w:val="16"/>
          <w:szCs w:val="16"/>
        </w:rPr>
        <w:t xml:space="preserve"> de </w:t>
      </w:r>
      <w:proofErr w:type="spellStart"/>
      <w:r w:rsidRPr="003E1CFC">
        <w:rPr>
          <w:rFonts w:cs="Arial"/>
          <w:sz w:val="16"/>
          <w:szCs w:val="16"/>
        </w:rPr>
        <w:t>resultados</w:t>
      </w:r>
      <w:proofErr w:type="spellEnd"/>
      <w:r w:rsidRPr="003E1CFC">
        <w:rPr>
          <w:rFonts w:cs="Arial"/>
          <w:sz w:val="16"/>
          <w:szCs w:val="16"/>
        </w:rPr>
        <w:t xml:space="preserve"> do</w:t>
      </w:r>
      <w:r>
        <w:rPr>
          <w:rFonts w:cs="Arial"/>
          <w:sz w:val="16"/>
          <w:szCs w:val="16"/>
        </w:rPr>
        <w:t>s 02 (</w:t>
      </w:r>
      <w:proofErr w:type="spellStart"/>
      <w:r>
        <w:rPr>
          <w:rFonts w:cs="Arial"/>
          <w:sz w:val="16"/>
          <w:szCs w:val="16"/>
        </w:rPr>
        <w:t>dois</w:t>
      </w:r>
      <w:proofErr w:type="spellEnd"/>
      <w:r>
        <w:rPr>
          <w:rFonts w:cs="Arial"/>
          <w:sz w:val="16"/>
          <w:szCs w:val="16"/>
        </w:rPr>
        <w:t xml:space="preserve">) </w:t>
      </w:r>
      <w:proofErr w:type="spellStart"/>
      <w:r>
        <w:rPr>
          <w:rFonts w:cs="Arial"/>
          <w:sz w:val="16"/>
          <w:szCs w:val="16"/>
        </w:rPr>
        <w:t>últimos</w:t>
      </w:r>
      <w:proofErr w:type="spellEnd"/>
      <w:r>
        <w:rPr>
          <w:rFonts w:cs="Arial"/>
          <w:sz w:val="16"/>
          <w:szCs w:val="16"/>
        </w:rPr>
        <w:t xml:space="preserve"> </w:t>
      </w:r>
      <w:proofErr w:type="spellStart"/>
      <w:r>
        <w:rPr>
          <w:rFonts w:cs="Arial"/>
          <w:sz w:val="16"/>
          <w:szCs w:val="16"/>
        </w:rPr>
        <w:t>exercícios</w:t>
      </w:r>
      <w:proofErr w:type="spellEnd"/>
      <w:r>
        <w:rPr>
          <w:rFonts w:cs="Arial"/>
          <w:sz w:val="16"/>
          <w:szCs w:val="16"/>
        </w:rPr>
        <w:t>;</w:t>
      </w:r>
    </w:p>
    <w:p w:rsidR="005C76A6" w:rsidRPr="00604E94" w:rsidRDefault="005C76A6" w:rsidP="005C76A6">
      <w:pPr>
        <w:pStyle w:val="PargrafodaLista"/>
        <w:numPr>
          <w:ilvl w:val="0"/>
          <w:numId w:val="14"/>
        </w:numPr>
        <w:spacing w:before="40" w:after="0" w:line="276" w:lineRule="auto"/>
        <w:ind w:left="153" w:hanging="142"/>
        <w:contextualSpacing w:val="0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As </w:t>
      </w:r>
      <w:proofErr w:type="spellStart"/>
      <w:r>
        <w:rPr>
          <w:rFonts w:cs="Arial"/>
          <w:sz w:val="16"/>
          <w:szCs w:val="16"/>
        </w:rPr>
        <w:t>instituições</w:t>
      </w:r>
      <w:proofErr w:type="spellEnd"/>
      <w:r>
        <w:rPr>
          <w:rFonts w:cs="Arial"/>
          <w:sz w:val="16"/>
          <w:szCs w:val="16"/>
        </w:rPr>
        <w:t xml:space="preserve"> de </w:t>
      </w:r>
      <w:proofErr w:type="spellStart"/>
      <w:r>
        <w:rPr>
          <w:rFonts w:cs="Arial"/>
          <w:sz w:val="16"/>
          <w:szCs w:val="16"/>
        </w:rPr>
        <w:t>assistência</w:t>
      </w:r>
      <w:proofErr w:type="spellEnd"/>
      <w:r>
        <w:rPr>
          <w:rFonts w:cs="Arial"/>
          <w:sz w:val="16"/>
          <w:szCs w:val="16"/>
        </w:rPr>
        <w:t xml:space="preserve"> s</w:t>
      </w:r>
      <w:r w:rsidRPr="00F76D7D">
        <w:rPr>
          <w:rFonts w:cs="Arial"/>
          <w:sz w:val="16"/>
          <w:szCs w:val="16"/>
        </w:rPr>
        <w:t xml:space="preserve">ocial </w:t>
      </w:r>
      <w:proofErr w:type="spellStart"/>
      <w:r w:rsidRPr="00F76D7D">
        <w:rPr>
          <w:rFonts w:cs="Arial"/>
          <w:sz w:val="16"/>
          <w:szCs w:val="16"/>
        </w:rPr>
        <w:t>deverão</w:t>
      </w:r>
      <w:proofErr w:type="spellEnd"/>
      <w:r w:rsidRPr="00F76D7D">
        <w:rPr>
          <w:rFonts w:cs="Arial"/>
          <w:sz w:val="16"/>
          <w:szCs w:val="16"/>
        </w:rPr>
        <w:t xml:space="preserve"> </w:t>
      </w:r>
      <w:proofErr w:type="spellStart"/>
      <w:r w:rsidRPr="00F76D7D">
        <w:rPr>
          <w:rFonts w:cs="Arial"/>
          <w:sz w:val="16"/>
          <w:szCs w:val="16"/>
        </w:rPr>
        <w:t>apresentar</w:t>
      </w:r>
      <w:proofErr w:type="spellEnd"/>
      <w:r w:rsidRPr="00F76D7D">
        <w:rPr>
          <w:rFonts w:cs="Arial"/>
          <w:sz w:val="16"/>
          <w:szCs w:val="16"/>
        </w:rPr>
        <w:t xml:space="preserve"> </w:t>
      </w:r>
      <w:proofErr w:type="spellStart"/>
      <w:r w:rsidRPr="00F76D7D">
        <w:rPr>
          <w:rFonts w:cs="Arial"/>
          <w:sz w:val="16"/>
          <w:szCs w:val="16"/>
        </w:rPr>
        <w:t>comprovante</w:t>
      </w:r>
      <w:proofErr w:type="spellEnd"/>
      <w:r w:rsidRPr="00F76D7D">
        <w:rPr>
          <w:rFonts w:cs="Arial"/>
          <w:sz w:val="16"/>
          <w:szCs w:val="16"/>
        </w:rPr>
        <w:t xml:space="preserve"> de </w:t>
      </w:r>
      <w:proofErr w:type="spellStart"/>
      <w:r w:rsidRPr="00F76D7D">
        <w:rPr>
          <w:rFonts w:cs="Arial"/>
          <w:sz w:val="16"/>
          <w:szCs w:val="16"/>
        </w:rPr>
        <w:t>registro</w:t>
      </w:r>
      <w:proofErr w:type="spellEnd"/>
      <w:r w:rsidRPr="00F76D7D">
        <w:rPr>
          <w:rFonts w:cs="Arial"/>
          <w:sz w:val="16"/>
          <w:szCs w:val="16"/>
        </w:rPr>
        <w:t xml:space="preserve"> </w:t>
      </w:r>
      <w:proofErr w:type="spellStart"/>
      <w:r w:rsidRPr="00F76D7D">
        <w:rPr>
          <w:rFonts w:cs="Arial"/>
          <w:sz w:val="16"/>
          <w:szCs w:val="16"/>
        </w:rPr>
        <w:t>junto</w:t>
      </w:r>
      <w:proofErr w:type="spellEnd"/>
      <w:r w:rsidRPr="00F76D7D">
        <w:rPr>
          <w:rFonts w:cs="Arial"/>
          <w:sz w:val="16"/>
          <w:szCs w:val="16"/>
        </w:rPr>
        <w:t xml:space="preserve"> </w:t>
      </w:r>
      <w:proofErr w:type="spellStart"/>
      <w:r w:rsidRPr="00F76D7D">
        <w:rPr>
          <w:rFonts w:cs="Arial"/>
          <w:sz w:val="16"/>
          <w:szCs w:val="16"/>
        </w:rPr>
        <w:t>ao</w:t>
      </w:r>
      <w:proofErr w:type="spellEnd"/>
      <w:r w:rsidRPr="00F76D7D">
        <w:rPr>
          <w:rFonts w:cs="Arial"/>
          <w:sz w:val="16"/>
          <w:szCs w:val="16"/>
        </w:rPr>
        <w:t xml:space="preserve"> </w:t>
      </w:r>
      <w:proofErr w:type="spellStart"/>
      <w:r w:rsidRPr="00F76D7D">
        <w:rPr>
          <w:rFonts w:cs="Arial"/>
          <w:sz w:val="16"/>
          <w:szCs w:val="16"/>
        </w:rPr>
        <w:t>Conselho</w:t>
      </w:r>
      <w:proofErr w:type="spellEnd"/>
      <w:r w:rsidRPr="00F76D7D">
        <w:rPr>
          <w:rFonts w:cs="Arial"/>
          <w:sz w:val="16"/>
          <w:szCs w:val="16"/>
        </w:rPr>
        <w:t xml:space="preserve"> Municipal de </w:t>
      </w:r>
      <w:proofErr w:type="spellStart"/>
      <w:r w:rsidRPr="00F76D7D">
        <w:rPr>
          <w:rFonts w:cs="Arial"/>
          <w:sz w:val="16"/>
          <w:szCs w:val="16"/>
        </w:rPr>
        <w:t>Assistência</w:t>
      </w:r>
      <w:proofErr w:type="spellEnd"/>
      <w:r w:rsidRPr="00F76D7D">
        <w:rPr>
          <w:rFonts w:cs="Arial"/>
          <w:sz w:val="16"/>
          <w:szCs w:val="16"/>
        </w:rPr>
        <w:t xml:space="preserve"> Social e CEBAS (</w:t>
      </w:r>
      <w:proofErr w:type="spellStart"/>
      <w:r w:rsidRPr="00F76D7D">
        <w:rPr>
          <w:rFonts w:cs="Arial"/>
          <w:sz w:val="16"/>
          <w:szCs w:val="16"/>
        </w:rPr>
        <w:t>Certificado</w:t>
      </w:r>
      <w:proofErr w:type="spellEnd"/>
      <w:r w:rsidRPr="00F76D7D">
        <w:rPr>
          <w:rFonts w:cs="Arial"/>
          <w:sz w:val="16"/>
          <w:szCs w:val="16"/>
        </w:rPr>
        <w:t xml:space="preserve"> de </w:t>
      </w:r>
      <w:proofErr w:type="spellStart"/>
      <w:r w:rsidRPr="00F76D7D">
        <w:rPr>
          <w:rFonts w:cs="Arial"/>
          <w:sz w:val="16"/>
          <w:szCs w:val="16"/>
        </w:rPr>
        <w:t>Entidade</w:t>
      </w:r>
      <w:proofErr w:type="spellEnd"/>
      <w:r w:rsidRPr="00F76D7D">
        <w:rPr>
          <w:rFonts w:cs="Arial"/>
          <w:sz w:val="16"/>
          <w:szCs w:val="16"/>
        </w:rPr>
        <w:t xml:space="preserve"> </w:t>
      </w:r>
      <w:proofErr w:type="spellStart"/>
      <w:r w:rsidRPr="00F76D7D">
        <w:rPr>
          <w:rFonts w:cs="Arial"/>
          <w:sz w:val="16"/>
          <w:szCs w:val="16"/>
        </w:rPr>
        <w:t>Beneficente</w:t>
      </w:r>
      <w:proofErr w:type="spellEnd"/>
      <w:r w:rsidRPr="00F76D7D">
        <w:rPr>
          <w:rFonts w:cs="Arial"/>
          <w:sz w:val="16"/>
          <w:szCs w:val="16"/>
        </w:rPr>
        <w:t xml:space="preserve"> e </w:t>
      </w:r>
      <w:proofErr w:type="spellStart"/>
      <w:r w:rsidRPr="00F76D7D">
        <w:rPr>
          <w:rFonts w:cs="Arial"/>
          <w:sz w:val="16"/>
          <w:szCs w:val="16"/>
        </w:rPr>
        <w:t>Assistência</w:t>
      </w:r>
      <w:proofErr w:type="spellEnd"/>
      <w:r w:rsidRPr="00F76D7D">
        <w:rPr>
          <w:rFonts w:cs="Arial"/>
          <w:sz w:val="16"/>
          <w:szCs w:val="16"/>
        </w:rPr>
        <w:t xml:space="preserve"> Social).</w:t>
      </w:r>
      <w:bookmarkStart w:id="0" w:name="_GoBack"/>
      <w:bookmarkEnd w:id="0"/>
    </w:p>
    <w:p w:rsidR="002A5646" w:rsidRDefault="002A5646" w:rsidP="006B4D52">
      <w:pPr>
        <w:spacing w:after="80"/>
        <w:ind w:left="227" w:hanging="198"/>
      </w:pPr>
    </w:p>
    <w:p w:rsidR="006B4D52" w:rsidRDefault="006B4D52" w:rsidP="006B4D52"/>
    <w:p w:rsidR="006B4D52" w:rsidRDefault="006B4D52" w:rsidP="006B4D52"/>
    <w:p w:rsidR="006B4D52" w:rsidRDefault="006B4D52" w:rsidP="006B4D52">
      <w:pPr>
        <w:spacing w:after="140"/>
      </w:pPr>
      <w:r>
        <w:rPr>
          <w:b/>
          <w:color w:val="173B54"/>
          <w:sz w:val="30"/>
        </w:rPr>
        <w:t xml:space="preserve">Como </w:t>
      </w:r>
      <w:proofErr w:type="spellStart"/>
      <w:r>
        <w:rPr>
          <w:b/>
          <w:color w:val="173B54"/>
          <w:sz w:val="30"/>
        </w:rPr>
        <w:t>preparar</w:t>
      </w:r>
      <w:proofErr w:type="spellEnd"/>
      <w:r>
        <w:rPr>
          <w:b/>
          <w:color w:val="173B54"/>
          <w:sz w:val="30"/>
        </w:rPr>
        <w:t xml:space="preserve"> </w:t>
      </w:r>
      <w:proofErr w:type="spellStart"/>
      <w:r>
        <w:rPr>
          <w:b/>
          <w:color w:val="173B54"/>
          <w:sz w:val="30"/>
        </w:rPr>
        <w:t>os</w:t>
      </w:r>
      <w:proofErr w:type="spellEnd"/>
      <w:r>
        <w:rPr>
          <w:b/>
          <w:color w:val="173B54"/>
          <w:sz w:val="30"/>
        </w:rPr>
        <w:t xml:space="preserve"> </w:t>
      </w:r>
      <w:proofErr w:type="spellStart"/>
      <w:r>
        <w:rPr>
          <w:b/>
          <w:color w:val="173B54"/>
          <w:sz w:val="30"/>
        </w:rPr>
        <w:t>arquivos</w:t>
      </w:r>
      <w:proofErr w:type="spellEnd"/>
    </w:p>
    <w:p w:rsidR="006B4D52" w:rsidRDefault="006B4D52" w:rsidP="006B4D52">
      <w:pPr>
        <w:ind w:left="255" w:hanging="159"/>
      </w:pPr>
      <w:proofErr w:type="gramStart"/>
      <w:r>
        <w:rPr>
          <w:b/>
          <w:color w:val="007B96"/>
        </w:rPr>
        <w:t xml:space="preserve">•  </w:t>
      </w:r>
      <w:r>
        <w:t>Digitalize</w:t>
      </w:r>
      <w:proofErr w:type="gram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documentos</w:t>
      </w:r>
      <w:proofErr w:type="spellEnd"/>
      <w:r>
        <w:t xml:space="preserve"> em </w:t>
      </w:r>
      <w:proofErr w:type="spellStart"/>
      <w:r>
        <w:t>formato</w:t>
      </w:r>
      <w:proofErr w:type="spellEnd"/>
      <w:r>
        <w:t xml:space="preserve"> PDF, com </w:t>
      </w:r>
      <w:proofErr w:type="spellStart"/>
      <w:r>
        <w:t>páginas</w:t>
      </w:r>
      <w:proofErr w:type="spellEnd"/>
      <w:r>
        <w:t xml:space="preserve"> </w:t>
      </w:r>
      <w:proofErr w:type="spellStart"/>
      <w:r>
        <w:t>legíveis</w:t>
      </w:r>
      <w:proofErr w:type="spellEnd"/>
      <w:r>
        <w:t>.</w:t>
      </w:r>
    </w:p>
    <w:p w:rsidR="006B4D52" w:rsidRDefault="006B4D52" w:rsidP="006B4D52">
      <w:pPr>
        <w:ind w:left="255" w:hanging="159"/>
      </w:pPr>
      <w:proofErr w:type="gramStart"/>
      <w:r>
        <w:rPr>
          <w:b/>
          <w:color w:val="007B96"/>
        </w:rPr>
        <w:t xml:space="preserve">•  </w:t>
      </w:r>
      <w:r>
        <w:t>Se</w:t>
      </w:r>
      <w:proofErr w:type="gramEnd"/>
      <w:r>
        <w:t xml:space="preserve"> um </w:t>
      </w:r>
      <w:proofErr w:type="spellStart"/>
      <w:r>
        <w:t>documento</w:t>
      </w:r>
      <w:proofErr w:type="spellEnd"/>
      <w:r>
        <w:t xml:space="preserve"> </w:t>
      </w:r>
      <w:proofErr w:type="spellStart"/>
      <w:r>
        <w:t>tiver</w:t>
      </w:r>
      <w:proofErr w:type="spellEnd"/>
      <w:r>
        <w:t xml:space="preserve"> </w:t>
      </w:r>
      <w:proofErr w:type="spellStart"/>
      <w:r>
        <w:t>várias</w:t>
      </w:r>
      <w:proofErr w:type="spellEnd"/>
      <w:r>
        <w:t xml:space="preserve"> </w:t>
      </w:r>
      <w:proofErr w:type="spellStart"/>
      <w:r>
        <w:t>páginas</w:t>
      </w:r>
      <w:proofErr w:type="spellEnd"/>
      <w:r>
        <w:t xml:space="preserve">, </w:t>
      </w:r>
      <w:proofErr w:type="spellStart"/>
      <w:r>
        <w:t>reúna</w:t>
      </w:r>
      <w:proofErr w:type="spellEnd"/>
      <w:r>
        <w:t xml:space="preserve">-as em um </w:t>
      </w:r>
      <w:proofErr w:type="spellStart"/>
      <w:r>
        <w:t>único</w:t>
      </w:r>
      <w:proofErr w:type="spellEnd"/>
      <w:r>
        <w:t xml:space="preserve"> PDF </w:t>
      </w:r>
      <w:proofErr w:type="spellStart"/>
      <w:r>
        <w:t>correspondente</w:t>
      </w:r>
      <w:proofErr w:type="spellEnd"/>
      <w:r>
        <w:t>.</w:t>
      </w:r>
    </w:p>
    <w:p w:rsidR="006B4D52" w:rsidRDefault="006B4D52" w:rsidP="006B4D52">
      <w:pPr>
        <w:ind w:left="255" w:hanging="159"/>
      </w:pPr>
      <w:proofErr w:type="gramStart"/>
      <w:r>
        <w:rPr>
          <w:b/>
          <w:color w:val="007B96"/>
        </w:rPr>
        <w:t xml:space="preserve">•  </w:t>
      </w:r>
      <w:r>
        <w:t>Use</w:t>
      </w:r>
      <w:proofErr w:type="gramEnd"/>
      <w:r>
        <w:t xml:space="preserve"> </w:t>
      </w:r>
      <w:proofErr w:type="spellStart"/>
      <w:r>
        <w:t>nomes</w:t>
      </w:r>
      <w:proofErr w:type="spellEnd"/>
      <w:r>
        <w:t xml:space="preserve"> </w:t>
      </w:r>
      <w:proofErr w:type="spellStart"/>
      <w:r>
        <w:t>claros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exemplo</w:t>
      </w:r>
      <w:proofErr w:type="spellEnd"/>
      <w:r>
        <w:t>: Formulario_Isencao_PJ.pdf, Estatuto.pdf, Matricula.pdf.</w:t>
      </w:r>
    </w:p>
    <w:p w:rsidR="006B4D52" w:rsidRDefault="006B4D52" w:rsidP="006B4D52">
      <w:pPr>
        <w:spacing w:after="80"/>
      </w:pPr>
      <w:r>
        <w:t xml:space="preserve">Durante </w:t>
      </w:r>
      <w:proofErr w:type="gramStart"/>
      <w:r>
        <w:t>a</w:t>
      </w:r>
      <w:proofErr w:type="gramEnd"/>
      <w:r>
        <w:t xml:space="preserve"> </w:t>
      </w:r>
      <w:proofErr w:type="spellStart"/>
      <w:r>
        <w:t>análise</w:t>
      </w:r>
      <w:proofErr w:type="spellEnd"/>
      <w:r>
        <w:t xml:space="preserve">, a </w:t>
      </w:r>
      <w:proofErr w:type="spellStart"/>
      <w:r>
        <w:t>Prefeitura</w:t>
      </w:r>
      <w:proofErr w:type="spellEnd"/>
      <w:r>
        <w:t xml:space="preserve"> </w:t>
      </w:r>
      <w:proofErr w:type="spellStart"/>
      <w:r>
        <w:t>poderá</w:t>
      </w:r>
      <w:proofErr w:type="spellEnd"/>
      <w:r>
        <w:t xml:space="preserve"> </w:t>
      </w:r>
      <w:proofErr w:type="spellStart"/>
      <w:r>
        <w:t>solicitar</w:t>
      </w:r>
      <w:proofErr w:type="spellEnd"/>
      <w:r>
        <w:t xml:space="preserve"> </w:t>
      </w:r>
      <w:proofErr w:type="spellStart"/>
      <w:r>
        <w:t>documentos</w:t>
      </w:r>
      <w:proofErr w:type="spellEnd"/>
      <w:r>
        <w:t xml:space="preserve"> </w:t>
      </w:r>
      <w:proofErr w:type="spellStart"/>
      <w:r>
        <w:t>adicionais</w:t>
      </w:r>
      <w:proofErr w:type="spellEnd"/>
      <w:r>
        <w:t xml:space="preserve">. </w:t>
      </w:r>
      <w:proofErr w:type="gramStart"/>
      <w:r>
        <w:t>A</w:t>
      </w:r>
      <w:proofErr w:type="gramEnd"/>
      <w:r>
        <w:t xml:space="preserve"> </w:t>
      </w:r>
      <w:proofErr w:type="spellStart"/>
      <w:r>
        <w:t>isenção</w:t>
      </w:r>
      <w:proofErr w:type="spellEnd"/>
      <w:r>
        <w:t xml:space="preserve">,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concedida</w:t>
      </w:r>
      <w:proofErr w:type="spellEnd"/>
      <w:r>
        <w:t xml:space="preserve">, se </w:t>
      </w:r>
      <w:proofErr w:type="spellStart"/>
      <w:r>
        <w:t>refere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IPTU e </w:t>
      </w:r>
      <w:proofErr w:type="spellStart"/>
      <w:r>
        <w:t>não</w:t>
      </w:r>
      <w:proofErr w:type="spellEnd"/>
      <w:r>
        <w:t xml:space="preserve"> </w:t>
      </w:r>
      <w:proofErr w:type="spellStart"/>
      <w:r>
        <w:t>abrange</w:t>
      </w:r>
      <w:proofErr w:type="spellEnd"/>
      <w:r>
        <w:t xml:space="preserve"> a </w:t>
      </w:r>
      <w:proofErr w:type="spellStart"/>
      <w:r>
        <w:t>Taxa</w:t>
      </w:r>
      <w:proofErr w:type="spellEnd"/>
      <w:r>
        <w:t xml:space="preserve"> de </w:t>
      </w:r>
      <w:proofErr w:type="spellStart"/>
      <w:r>
        <w:t>Remoção</w:t>
      </w:r>
      <w:proofErr w:type="spellEnd"/>
      <w:r>
        <w:t xml:space="preserve"> de </w:t>
      </w:r>
      <w:proofErr w:type="spellStart"/>
      <w:r>
        <w:t>Lixo</w:t>
      </w:r>
      <w:proofErr w:type="spellEnd"/>
      <w:r>
        <w:t>.</w:t>
      </w:r>
    </w:p>
    <w:p w:rsidR="006B4D52" w:rsidRDefault="006B4D52" w:rsidP="006B4D52"/>
    <w:p w:rsidR="006B4D52" w:rsidRDefault="006B4D52" w:rsidP="006B4D52">
      <w:pPr>
        <w:pageBreakBefore/>
        <w:spacing w:after="140"/>
      </w:pPr>
      <w:r>
        <w:rPr>
          <w:b/>
          <w:color w:val="173B54"/>
          <w:sz w:val="30"/>
        </w:rPr>
        <w:lastRenderedPageBreak/>
        <w:t>ANEXE, PETICIONE E ACOMPANHE</w:t>
      </w:r>
    </w:p>
    <w:p w:rsidR="006B4D52" w:rsidRDefault="006B4D52" w:rsidP="006B4D52">
      <w:pPr>
        <w:spacing w:before="80" w:after="80"/>
      </w:pPr>
      <w:proofErr w:type="gramStart"/>
      <w:r>
        <w:rPr>
          <w:b/>
          <w:color w:val="173B54"/>
          <w:sz w:val="24"/>
        </w:rPr>
        <w:t xml:space="preserve">8  </w:t>
      </w:r>
      <w:proofErr w:type="spellStart"/>
      <w:r>
        <w:rPr>
          <w:b/>
          <w:color w:val="173B54"/>
          <w:sz w:val="24"/>
        </w:rPr>
        <w:t>Adicione</w:t>
      </w:r>
      <w:proofErr w:type="spellEnd"/>
      <w:proofErr w:type="gramEnd"/>
      <w:r>
        <w:rPr>
          <w:b/>
          <w:color w:val="173B54"/>
          <w:sz w:val="24"/>
        </w:rPr>
        <w:t xml:space="preserve"> </w:t>
      </w:r>
      <w:proofErr w:type="spellStart"/>
      <w:r>
        <w:rPr>
          <w:b/>
          <w:color w:val="173B54"/>
          <w:sz w:val="24"/>
        </w:rPr>
        <w:t>os</w:t>
      </w:r>
      <w:proofErr w:type="spellEnd"/>
      <w:r>
        <w:rPr>
          <w:b/>
          <w:color w:val="173B54"/>
          <w:sz w:val="24"/>
        </w:rPr>
        <w:t xml:space="preserve"> </w:t>
      </w:r>
      <w:proofErr w:type="spellStart"/>
      <w:r>
        <w:rPr>
          <w:b/>
          <w:color w:val="173B54"/>
          <w:sz w:val="24"/>
        </w:rPr>
        <w:t>documentos</w:t>
      </w:r>
      <w:proofErr w:type="spellEnd"/>
      <w:r>
        <w:rPr>
          <w:b/>
          <w:color w:val="173B54"/>
          <w:sz w:val="24"/>
        </w:rPr>
        <w:t xml:space="preserve"> em PDF</w:t>
      </w:r>
    </w:p>
    <w:p w:rsidR="006B4D52" w:rsidRDefault="006B4D52" w:rsidP="006B4D52">
      <w:pPr>
        <w:spacing w:after="20"/>
        <w:jc w:val="center"/>
      </w:pPr>
      <w:r>
        <w:rPr>
          <w:noProof/>
          <w:lang w:val="pt-BR" w:eastAsia="pt-BR"/>
        </w:rPr>
        <w:drawing>
          <wp:inline distT="0" distB="0" distL="0" distR="0">
            <wp:extent cx="5505450" cy="2101850"/>
            <wp:effectExtent l="19050" t="0" r="0" b="0"/>
            <wp:docPr id="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10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D52" w:rsidRDefault="006B4D52" w:rsidP="006B4D52">
      <w:pPr>
        <w:spacing w:after="100"/>
        <w:jc w:val="center"/>
      </w:pPr>
      <w:r>
        <w:rPr>
          <w:color w:val="5C6972"/>
          <w:sz w:val="17"/>
        </w:rPr>
        <w:t xml:space="preserve">Na </w:t>
      </w:r>
      <w:proofErr w:type="spellStart"/>
      <w:r>
        <w:rPr>
          <w:color w:val="5C6972"/>
          <w:sz w:val="17"/>
        </w:rPr>
        <w:t>imagem</w:t>
      </w:r>
      <w:proofErr w:type="spellEnd"/>
      <w:r>
        <w:rPr>
          <w:color w:val="5C6972"/>
          <w:sz w:val="17"/>
        </w:rPr>
        <w:t xml:space="preserve">: 1 </w:t>
      </w:r>
      <w:proofErr w:type="spellStart"/>
      <w:r>
        <w:rPr>
          <w:color w:val="5C6972"/>
          <w:sz w:val="17"/>
        </w:rPr>
        <w:t>Escolher</w:t>
      </w:r>
      <w:proofErr w:type="spellEnd"/>
      <w:r>
        <w:rPr>
          <w:color w:val="5C6972"/>
          <w:sz w:val="17"/>
        </w:rPr>
        <w:t xml:space="preserve"> </w:t>
      </w:r>
      <w:proofErr w:type="spellStart"/>
      <w:r>
        <w:rPr>
          <w:color w:val="5C6972"/>
          <w:sz w:val="17"/>
        </w:rPr>
        <w:t>arquivo</w:t>
      </w:r>
      <w:proofErr w:type="spellEnd"/>
      <w:r>
        <w:rPr>
          <w:color w:val="5C6972"/>
          <w:sz w:val="17"/>
        </w:rPr>
        <w:t xml:space="preserve">  •  2 </w:t>
      </w:r>
      <w:proofErr w:type="spellStart"/>
      <w:r>
        <w:rPr>
          <w:color w:val="5C6972"/>
          <w:sz w:val="17"/>
        </w:rPr>
        <w:t>Tipo</w:t>
      </w:r>
      <w:proofErr w:type="spellEnd"/>
      <w:r>
        <w:rPr>
          <w:color w:val="5C6972"/>
          <w:sz w:val="17"/>
        </w:rPr>
        <w:t xml:space="preserve"> de </w:t>
      </w:r>
      <w:proofErr w:type="spellStart"/>
      <w:r>
        <w:rPr>
          <w:color w:val="5C6972"/>
          <w:sz w:val="17"/>
        </w:rPr>
        <w:t>Documento</w:t>
      </w:r>
      <w:proofErr w:type="spellEnd"/>
      <w:r>
        <w:rPr>
          <w:color w:val="5C6972"/>
          <w:sz w:val="17"/>
        </w:rPr>
        <w:t xml:space="preserve">  •  3 </w:t>
      </w:r>
      <w:proofErr w:type="spellStart"/>
      <w:r>
        <w:rPr>
          <w:color w:val="5C6972"/>
          <w:sz w:val="17"/>
        </w:rPr>
        <w:t>Nível</w:t>
      </w:r>
      <w:proofErr w:type="spellEnd"/>
      <w:r>
        <w:rPr>
          <w:color w:val="5C6972"/>
          <w:sz w:val="17"/>
        </w:rPr>
        <w:t xml:space="preserve"> de </w:t>
      </w:r>
      <w:proofErr w:type="spellStart"/>
      <w:r>
        <w:rPr>
          <w:color w:val="5C6972"/>
          <w:sz w:val="17"/>
        </w:rPr>
        <w:t>Acesso</w:t>
      </w:r>
      <w:proofErr w:type="spellEnd"/>
      <w:r>
        <w:rPr>
          <w:color w:val="5C6972"/>
          <w:sz w:val="17"/>
        </w:rPr>
        <w:t xml:space="preserve">  •  4 </w:t>
      </w:r>
      <w:proofErr w:type="spellStart"/>
      <w:r>
        <w:rPr>
          <w:color w:val="5C6972"/>
          <w:sz w:val="17"/>
        </w:rPr>
        <w:t>Formato</w:t>
      </w:r>
      <w:proofErr w:type="spellEnd"/>
      <w:r>
        <w:rPr>
          <w:color w:val="5C6972"/>
          <w:sz w:val="17"/>
        </w:rPr>
        <w:t xml:space="preserve">  •  5 </w:t>
      </w:r>
      <w:proofErr w:type="spellStart"/>
      <w:r>
        <w:rPr>
          <w:color w:val="5C6972"/>
          <w:sz w:val="17"/>
        </w:rPr>
        <w:t>Adicionar</w:t>
      </w:r>
      <w:proofErr w:type="spellEnd"/>
      <w:r>
        <w:rPr>
          <w:color w:val="5C6972"/>
          <w:sz w:val="17"/>
        </w:rPr>
        <w:t xml:space="preserve">  •  6 </w:t>
      </w:r>
      <w:proofErr w:type="spellStart"/>
      <w:r>
        <w:rPr>
          <w:color w:val="5C6972"/>
          <w:sz w:val="17"/>
        </w:rPr>
        <w:t>Lista</w:t>
      </w:r>
      <w:proofErr w:type="spellEnd"/>
      <w:r>
        <w:rPr>
          <w:color w:val="5C6972"/>
          <w:sz w:val="17"/>
        </w:rPr>
        <w:t xml:space="preserve"> de </w:t>
      </w:r>
      <w:proofErr w:type="spellStart"/>
      <w:r>
        <w:rPr>
          <w:color w:val="5C6972"/>
          <w:sz w:val="17"/>
        </w:rPr>
        <w:t>arquivos</w:t>
      </w:r>
      <w:proofErr w:type="spellEnd"/>
      <w:r>
        <w:rPr>
          <w:color w:val="5C6972"/>
          <w:sz w:val="17"/>
        </w:rPr>
        <w:t>.</w:t>
      </w:r>
    </w:p>
    <w:p w:rsidR="006B4D52" w:rsidRDefault="006B4D52" w:rsidP="006B4D52">
      <w:pPr>
        <w:ind w:left="255" w:hanging="159"/>
      </w:pPr>
      <w:proofErr w:type="gramStart"/>
      <w:r>
        <w:rPr>
          <w:b/>
          <w:color w:val="007B96"/>
        </w:rPr>
        <w:t xml:space="preserve">•  </w:t>
      </w:r>
      <w:r>
        <w:t>Clique</w:t>
      </w:r>
      <w:proofErr w:type="gramEnd"/>
      <w:r>
        <w:t xml:space="preserve"> em “</w:t>
      </w:r>
      <w:proofErr w:type="spellStart"/>
      <w:r>
        <w:t>Escolher</w:t>
      </w:r>
      <w:proofErr w:type="spellEnd"/>
      <w:r>
        <w:t xml:space="preserve"> </w:t>
      </w:r>
      <w:proofErr w:type="spellStart"/>
      <w:r>
        <w:t>arquivo</w:t>
      </w:r>
      <w:proofErr w:type="spellEnd"/>
      <w:r>
        <w:t xml:space="preserve">” e </w:t>
      </w:r>
      <w:proofErr w:type="spellStart"/>
      <w:r>
        <w:t>selecione</w:t>
      </w:r>
      <w:proofErr w:type="spellEnd"/>
      <w:r>
        <w:t xml:space="preserve"> o PDF.</w:t>
      </w:r>
    </w:p>
    <w:p w:rsidR="006B4D52" w:rsidRDefault="006B4D52" w:rsidP="006B4D52">
      <w:pPr>
        <w:ind w:left="255" w:hanging="159"/>
      </w:pPr>
      <w:proofErr w:type="gramStart"/>
      <w:r>
        <w:rPr>
          <w:b/>
          <w:color w:val="007B96"/>
        </w:rPr>
        <w:t xml:space="preserve">•  </w:t>
      </w:r>
      <w:proofErr w:type="spellStart"/>
      <w:r>
        <w:t>Selecione</w:t>
      </w:r>
      <w:proofErr w:type="spellEnd"/>
      <w:proofErr w:type="gramEnd"/>
      <w:r>
        <w:t xml:space="preserve"> o “</w:t>
      </w:r>
      <w:proofErr w:type="spellStart"/>
      <w:r>
        <w:t>Tipo</w:t>
      </w:r>
      <w:proofErr w:type="spellEnd"/>
      <w:r>
        <w:t xml:space="preserve"> de </w:t>
      </w:r>
      <w:proofErr w:type="spellStart"/>
      <w:r>
        <w:t>Documento</w:t>
      </w:r>
      <w:proofErr w:type="spellEnd"/>
      <w:r>
        <w:t xml:space="preserve">” e </w:t>
      </w:r>
      <w:proofErr w:type="spellStart"/>
      <w:r>
        <w:t>informe</w:t>
      </w:r>
      <w:proofErr w:type="spellEnd"/>
      <w:r>
        <w:t xml:space="preserve"> o </w:t>
      </w:r>
      <w:proofErr w:type="spellStart"/>
      <w:r>
        <w:t>complemento</w:t>
      </w:r>
      <w:proofErr w:type="spellEnd"/>
      <w:r>
        <w:t xml:space="preserve">,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solicitado</w:t>
      </w:r>
      <w:proofErr w:type="spellEnd"/>
      <w:r>
        <w:t>.</w:t>
      </w:r>
    </w:p>
    <w:p w:rsidR="006B4D52" w:rsidRDefault="006B4D52" w:rsidP="006B4D52">
      <w:pPr>
        <w:ind w:left="255" w:hanging="159"/>
      </w:pPr>
      <w:proofErr w:type="gramStart"/>
      <w:r>
        <w:rPr>
          <w:b/>
          <w:color w:val="007B96"/>
        </w:rPr>
        <w:t xml:space="preserve">•  </w:t>
      </w:r>
      <w:r>
        <w:t>“</w:t>
      </w:r>
      <w:proofErr w:type="spellStart"/>
      <w:proofErr w:type="gramEnd"/>
      <w:r>
        <w:t>Nível</w:t>
      </w:r>
      <w:proofErr w:type="spellEnd"/>
      <w:r>
        <w:t xml:space="preserve"> de </w:t>
      </w:r>
      <w:proofErr w:type="spellStart"/>
      <w:r>
        <w:t>Acesso</w:t>
      </w:r>
      <w:proofErr w:type="spellEnd"/>
      <w:r>
        <w:t xml:space="preserve">” </w:t>
      </w:r>
      <w:proofErr w:type="spellStart"/>
      <w:r w:rsidR="002A5646">
        <w:t>publico</w:t>
      </w:r>
      <w:proofErr w:type="spellEnd"/>
      <w:r w:rsidR="002A5646">
        <w:t xml:space="preserve">, o </w:t>
      </w:r>
      <w:r>
        <w:t xml:space="preserve"> </w:t>
      </w:r>
      <w:proofErr w:type="spellStart"/>
      <w:r>
        <w:t>órgã</w:t>
      </w:r>
      <w:r w:rsidR="002A5646">
        <w:t>o</w:t>
      </w:r>
      <w:proofErr w:type="spellEnd"/>
      <w:r w:rsidR="002A5646">
        <w:t xml:space="preserve"> </w:t>
      </w:r>
      <w:proofErr w:type="spellStart"/>
      <w:r w:rsidR="002A5646">
        <w:t>responsável</w:t>
      </w:r>
      <w:proofErr w:type="spellEnd"/>
      <w:r w:rsidR="002A5646">
        <w:t xml:space="preserve"> </w:t>
      </w:r>
      <w:proofErr w:type="spellStart"/>
      <w:r w:rsidR="002A5646">
        <w:t>irá</w:t>
      </w:r>
      <w:proofErr w:type="spellEnd"/>
      <w:r w:rsidR="002A5646">
        <w:t xml:space="preserve"> </w:t>
      </w:r>
      <w:proofErr w:type="spellStart"/>
      <w:r w:rsidR="002A5646">
        <w:t>atribuir</w:t>
      </w:r>
      <w:proofErr w:type="spellEnd"/>
      <w:r w:rsidR="002A5646">
        <w:t xml:space="preserve"> o </w:t>
      </w:r>
      <w:proofErr w:type="spellStart"/>
      <w:r w:rsidR="002A5646">
        <w:t>nivel</w:t>
      </w:r>
      <w:proofErr w:type="spellEnd"/>
      <w:r w:rsidR="002A5646">
        <w:t xml:space="preserve"> </w:t>
      </w:r>
      <w:proofErr w:type="spellStart"/>
      <w:r w:rsidR="002A5646">
        <w:t>correto</w:t>
      </w:r>
      <w:proofErr w:type="spellEnd"/>
      <w:r w:rsidR="002A5646">
        <w:t xml:space="preserve"> </w:t>
      </w:r>
      <w:proofErr w:type="spellStart"/>
      <w:r w:rsidR="002A5646">
        <w:t>conforme</w:t>
      </w:r>
      <w:proofErr w:type="spellEnd"/>
      <w:r w:rsidR="002A5646">
        <w:t xml:space="preserve"> o </w:t>
      </w:r>
      <w:proofErr w:type="spellStart"/>
      <w:r w:rsidR="002A5646">
        <w:t>documento</w:t>
      </w:r>
      <w:proofErr w:type="spellEnd"/>
      <w:r w:rsidR="002A5646">
        <w:t>.</w:t>
      </w:r>
    </w:p>
    <w:p w:rsidR="006B4D52" w:rsidRDefault="006B4D52" w:rsidP="006B4D52">
      <w:pPr>
        <w:ind w:left="255" w:hanging="159"/>
      </w:pPr>
      <w:proofErr w:type="gramStart"/>
      <w:r>
        <w:rPr>
          <w:b/>
          <w:color w:val="007B96"/>
        </w:rPr>
        <w:t xml:space="preserve">•  </w:t>
      </w:r>
      <w:r>
        <w:t>Em</w:t>
      </w:r>
      <w:proofErr w:type="gramEnd"/>
      <w:r>
        <w:t xml:space="preserve"> “</w:t>
      </w:r>
      <w:proofErr w:type="spellStart"/>
      <w:r>
        <w:t>Formato</w:t>
      </w:r>
      <w:proofErr w:type="spellEnd"/>
      <w:r>
        <w:t xml:space="preserve">”, </w:t>
      </w:r>
      <w:proofErr w:type="spellStart"/>
      <w:r>
        <w:t>selecione</w:t>
      </w:r>
      <w:proofErr w:type="spellEnd"/>
      <w:r>
        <w:t xml:space="preserve"> “</w:t>
      </w:r>
      <w:proofErr w:type="spellStart"/>
      <w:r>
        <w:t>Digitalizado</w:t>
      </w:r>
      <w:proofErr w:type="spellEnd"/>
      <w:r>
        <w:t xml:space="preserve">” se </w:t>
      </w:r>
      <w:proofErr w:type="spellStart"/>
      <w:r>
        <w:t>veio</w:t>
      </w:r>
      <w:proofErr w:type="spellEnd"/>
      <w:r>
        <w:t xml:space="preserve"> do </w:t>
      </w:r>
      <w:proofErr w:type="spellStart"/>
      <w:r>
        <w:t>papel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“</w:t>
      </w:r>
      <w:proofErr w:type="spellStart"/>
      <w:r>
        <w:t>Nato</w:t>
      </w:r>
      <w:proofErr w:type="spellEnd"/>
      <w:r>
        <w:t xml:space="preserve">-digital” se </w:t>
      </w:r>
      <w:proofErr w:type="spellStart"/>
      <w:r>
        <w:t>foi</w:t>
      </w:r>
      <w:proofErr w:type="spellEnd"/>
      <w:r>
        <w:t xml:space="preserve"> </w:t>
      </w:r>
      <w:proofErr w:type="spellStart"/>
      <w:r>
        <w:t>criado</w:t>
      </w:r>
      <w:proofErr w:type="spellEnd"/>
      <w:r>
        <w:t xml:space="preserve"> </w:t>
      </w:r>
      <w:proofErr w:type="spellStart"/>
      <w:r>
        <w:t>eletronicamente</w:t>
      </w:r>
      <w:proofErr w:type="spellEnd"/>
      <w:r>
        <w:t>.</w:t>
      </w:r>
    </w:p>
    <w:p w:rsidR="006B4D52" w:rsidRDefault="006B4D52" w:rsidP="006B4D52">
      <w:pPr>
        <w:ind w:left="255" w:hanging="159"/>
      </w:pPr>
      <w:proofErr w:type="gramStart"/>
      <w:r>
        <w:rPr>
          <w:b/>
          <w:color w:val="007B96"/>
        </w:rPr>
        <w:t xml:space="preserve">•  </w:t>
      </w:r>
      <w:r>
        <w:t>Clique</w:t>
      </w:r>
      <w:proofErr w:type="gramEnd"/>
      <w:r>
        <w:t xml:space="preserve"> em “</w:t>
      </w:r>
      <w:proofErr w:type="spellStart"/>
      <w:r>
        <w:t>Adicionar</w:t>
      </w:r>
      <w:proofErr w:type="spellEnd"/>
      <w:r>
        <w:t xml:space="preserve">” e </w:t>
      </w:r>
      <w:proofErr w:type="spellStart"/>
      <w:r>
        <w:t>confirme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o </w:t>
      </w:r>
      <w:proofErr w:type="spellStart"/>
      <w:r>
        <w:t>arquivo</w:t>
      </w:r>
      <w:proofErr w:type="spellEnd"/>
      <w:r>
        <w:t xml:space="preserve"> </w:t>
      </w:r>
      <w:proofErr w:type="spellStart"/>
      <w:r>
        <w:t>entrou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lista</w:t>
      </w:r>
      <w:proofErr w:type="spellEnd"/>
      <w:r>
        <w:t xml:space="preserve">. </w:t>
      </w:r>
      <w:proofErr w:type="spellStart"/>
      <w:proofErr w:type="gramStart"/>
      <w:r>
        <w:t>Repita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PDF.</w:t>
      </w:r>
      <w:proofErr w:type="gramEnd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10091"/>
      </w:tblGrid>
      <w:tr w:rsidR="006B4D52" w:rsidTr="00BE3E00">
        <w:tc>
          <w:tcPr>
            <w:tcW w:w="10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1E6"/>
            <w:tcMar>
              <w:left w:w="108" w:type="dxa"/>
              <w:right w:w="108" w:type="dxa"/>
            </w:tcMar>
          </w:tcPr>
          <w:p w:rsidR="006B4D52" w:rsidRDefault="006B4D52" w:rsidP="00BE3E00">
            <w:pPr>
              <w:spacing w:after="0"/>
            </w:pPr>
            <w:r>
              <w:rPr>
                <w:b/>
                <w:color w:val="007B96"/>
                <w:sz w:val="20"/>
              </w:rPr>
              <w:t xml:space="preserve">ERRO </w:t>
            </w:r>
            <w:proofErr w:type="gramStart"/>
            <w:r>
              <w:rPr>
                <w:b/>
                <w:color w:val="007B96"/>
                <w:sz w:val="20"/>
              </w:rPr>
              <w:t xml:space="preserve">COMUM  </w:t>
            </w:r>
            <w:proofErr w:type="spellStart"/>
            <w:r>
              <w:rPr>
                <w:sz w:val="20"/>
              </w:rPr>
              <w:t>Escolher</w:t>
            </w:r>
            <w:proofErr w:type="spellEnd"/>
            <w:proofErr w:type="gramEnd"/>
            <w:r>
              <w:rPr>
                <w:sz w:val="20"/>
              </w:rPr>
              <w:t xml:space="preserve"> o </w:t>
            </w:r>
            <w:proofErr w:type="spellStart"/>
            <w:r>
              <w:rPr>
                <w:sz w:val="20"/>
              </w:rPr>
              <w:t>arquivo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significa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anexá</w:t>
            </w:r>
            <w:proofErr w:type="spellEnd"/>
            <w:r>
              <w:rPr>
                <w:sz w:val="20"/>
              </w:rPr>
              <w:t xml:space="preserve">-lo. É </w:t>
            </w:r>
            <w:proofErr w:type="spellStart"/>
            <w:r>
              <w:rPr>
                <w:sz w:val="20"/>
              </w:rPr>
              <w:t>preciso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clicar</w:t>
            </w:r>
            <w:proofErr w:type="spellEnd"/>
            <w:r>
              <w:rPr>
                <w:sz w:val="20"/>
              </w:rPr>
              <w:t xml:space="preserve"> em “</w:t>
            </w:r>
            <w:proofErr w:type="spellStart"/>
            <w:r>
              <w:rPr>
                <w:sz w:val="20"/>
              </w:rPr>
              <w:t>Adicionar</w:t>
            </w:r>
            <w:proofErr w:type="spellEnd"/>
            <w:r>
              <w:rPr>
                <w:sz w:val="20"/>
              </w:rPr>
              <w:t xml:space="preserve">” e </w:t>
            </w:r>
            <w:proofErr w:type="spellStart"/>
            <w:r>
              <w:rPr>
                <w:sz w:val="20"/>
              </w:rPr>
              <w:t>conferir</w:t>
            </w:r>
            <w:proofErr w:type="spellEnd"/>
            <w:r>
              <w:rPr>
                <w:sz w:val="20"/>
              </w:rPr>
              <w:t xml:space="preserve"> a </w:t>
            </w:r>
            <w:proofErr w:type="spellStart"/>
            <w:r>
              <w:rPr>
                <w:sz w:val="20"/>
              </w:rPr>
              <w:t>lista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:rsidR="006B4D52" w:rsidRDefault="006B4D52" w:rsidP="006B4D52"/>
    <w:p w:rsidR="002A5646" w:rsidRDefault="006B4D52" w:rsidP="002A5646">
      <w:pPr>
        <w:pStyle w:val="DocH"/>
        <w:keepNext/>
        <w:pageBreakBefore/>
      </w:pPr>
      <w:proofErr w:type="gramStart"/>
      <w:r>
        <w:rPr>
          <w:b w:val="0"/>
          <w:color w:val="173B54"/>
          <w:sz w:val="24"/>
        </w:rPr>
        <w:lastRenderedPageBreak/>
        <w:t xml:space="preserve">9  </w:t>
      </w:r>
      <w:proofErr w:type="spellStart"/>
      <w:r w:rsidR="002A5646">
        <w:t>Confira</w:t>
      </w:r>
      <w:proofErr w:type="spellEnd"/>
      <w:proofErr w:type="gramEnd"/>
      <w:r w:rsidR="002A5646">
        <w:t xml:space="preserve"> e clique em </w:t>
      </w:r>
      <w:proofErr w:type="spellStart"/>
      <w:r w:rsidR="002A5646">
        <w:t>Peticionar</w:t>
      </w:r>
      <w:proofErr w:type="spellEnd"/>
    </w:p>
    <w:p w:rsidR="002A5646" w:rsidRDefault="002A5646" w:rsidP="002A5646">
      <w:proofErr w:type="spellStart"/>
      <w:proofErr w:type="gramStart"/>
      <w:r>
        <w:t>Depois</w:t>
      </w:r>
      <w:proofErr w:type="spellEnd"/>
      <w:r>
        <w:t xml:space="preserve"> de </w:t>
      </w:r>
      <w:proofErr w:type="spellStart"/>
      <w:r>
        <w:t>preencher</w:t>
      </w:r>
      <w:proofErr w:type="spellEnd"/>
      <w:r>
        <w:t xml:space="preserve"> e </w:t>
      </w:r>
      <w:proofErr w:type="spellStart"/>
      <w:r>
        <w:t>salvar</w:t>
      </w:r>
      <w:proofErr w:type="spellEnd"/>
      <w:r>
        <w:t xml:space="preserve"> o </w:t>
      </w:r>
      <w:proofErr w:type="spellStart"/>
      <w:r>
        <w:t>protocolo</w:t>
      </w:r>
      <w:proofErr w:type="spellEnd"/>
      <w:r>
        <w:t xml:space="preserve"> </w:t>
      </w:r>
      <w:proofErr w:type="spellStart"/>
      <w:r>
        <w:t>geral</w:t>
      </w:r>
      <w:proofErr w:type="spellEnd"/>
      <w:r>
        <w:t xml:space="preserve"> e </w:t>
      </w:r>
      <w:proofErr w:type="spellStart"/>
      <w:r>
        <w:t>anexar</w:t>
      </w:r>
      <w:proofErr w:type="spellEnd"/>
      <w:r>
        <w:t xml:space="preserve"> o </w:t>
      </w:r>
      <w:proofErr w:type="spellStart"/>
      <w:r>
        <w:t>formulário</w:t>
      </w:r>
      <w:proofErr w:type="spellEnd"/>
      <w:r>
        <w:t xml:space="preserve"> de </w:t>
      </w:r>
      <w:proofErr w:type="spellStart"/>
      <w:r>
        <w:t>isenção</w:t>
      </w:r>
      <w:proofErr w:type="spellEnd"/>
      <w:r>
        <w:t xml:space="preserve"> e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documentos</w:t>
      </w:r>
      <w:proofErr w:type="spellEnd"/>
      <w:r>
        <w:t xml:space="preserve"> </w:t>
      </w:r>
      <w:proofErr w:type="spellStart"/>
      <w:r>
        <w:t>exigidos</w:t>
      </w:r>
      <w:proofErr w:type="spellEnd"/>
      <w:r>
        <w:t xml:space="preserve">, </w:t>
      </w:r>
      <w:proofErr w:type="spellStart"/>
      <w:r>
        <w:t>faça</w:t>
      </w:r>
      <w:proofErr w:type="spellEnd"/>
      <w:r>
        <w:t xml:space="preserve"> a </w:t>
      </w:r>
      <w:proofErr w:type="spellStart"/>
      <w:r>
        <w:t>conferência</w:t>
      </w:r>
      <w:proofErr w:type="spellEnd"/>
      <w:r>
        <w:t xml:space="preserve"> final antes de </w:t>
      </w:r>
      <w:proofErr w:type="spellStart"/>
      <w:r>
        <w:t>enviar</w:t>
      </w:r>
      <w:proofErr w:type="spellEnd"/>
      <w:r>
        <w:t xml:space="preserve"> o </w:t>
      </w:r>
      <w:proofErr w:type="spellStart"/>
      <w:r>
        <w:t>pedido</w:t>
      </w:r>
      <w:proofErr w:type="spellEnd"/>
      <w:r>
        <w:t>.</w:t>
      </w:r>
      <w:proofErr w:type="gramEnd"/>
    </w:p>
    <w:tbl>
      <w:tblPr>
        <w:tblW w:w="0" w:type="auto"/>
        <w:tblLayout w:type="fixed"/>
        <w:tblLook w:val="04A0"/>
      </w:tblPr>
      <w:tblGrid>
        <w:gridCol w:w="10092"/>
      </w:tblGrid>
      <w:tr w:rsidR="002A5646" w:rsidTr="00BE3E00">
        <w:tc>
          <w:tcPr>
            <w:tcW w:w="10092" w:type="dxa"/>
            <w:shd w:val="clear" w:color="auto" w:fill="ECF6F8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:rsidR="002A5646" w:rsidRDefault="002A5646" w:rsidP="00BE3E00">
            <w:pPr>
              <w:spacing w:after="0"/>
            </w:pPr>
            <w:r>
              <w:rPr>
                <w:b/>
                <w:color w:val="106E91"/>
              </w:rPr>
              <w:t xml:space="preserve">CONFERÊNCIA </w:t>
            </w:r>
            <w:proofErr w:type="gramStart"/>
            <w:r>
              <w:rPr>
                <w:b/>
                <w:color w:val="106E91"/>
              </w:rPr>
              <w:t xml:space="preserve">FINAL  </w:t>
            </w:r>
            <w:r>
              <w:t>☐</w:t>
            </w:r>
            <w:proofErr w:type="gramEnd"/>
            <w:r>
              <w:t xml:space="preserve">  O </w:t>
            </w:r>
            <w:proofErr w:type="spellStart"/>
            <w:r>
              <w:t>documento</w:t>
            </w:r>
            <w:proofErr w:type="spellEnd"/>
            <w:r>
              <w:t xml:space="preserve"> “Protocolo </w:t>
            </w:r>
            <w:proofErr w:type="spellStart"/>
            <w:r>
              <w:t>geral</w:t>
            </w:r>
            <w:proofErr w:type="spellEnd"/>
            <w:r>
              <w:t xml:space="preserve">” </w:t>
            </w:r>
            <w:proofErr w:type="spellStart"/>
            <w:r>
              <w:t>está</w:t>
            </w:r>
            <w:proofErr w:type="spellEnd"/>
            <w:r>
              <w:t xml:space="preserve"> </w:t>
            </w:r>
            <w:proofErr w:type="spellStart"/>
            <w:r>
              <w:t>preenchido</w:t>
            </w:r>
            <w:proofErr w:type="spellEnd"/>
            <w:r>
              <w:t xml:space="preserve"> e salvo.    </w:t>
            </w:r>
            <w:proofErr w:type="gramStart"/>
            <w:r>
              <w:t xml:space="preserve">☐  </w:t>
            </w:r>
            <w:proofErr w:type="spellStart"/>
            <w:r>
              <w:t>Todos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os</w:t>
            </w:r>
            <w:proofErr w:type="spellEnd"/>
            <w:r>
              <w:t xml:space="preserve"> </w:t>
            </w:r>
            <w:proofErr w:type="spellStart"/>
            <w:r>
              <w:t>arquivos</w:t>
            </w:r>
            <w:proofErr w:type="spellEnd"/>
            <w:r>
              <w:t xml:space="preserve"> </w:t>
            </w:r>
            <w:proofErr w:type="spellStart"/>
            <w:r>
              <w:t>anexados</w:t>
            </w:r>
            <w:proofErr w:type="spellEnd"/>
            <w:r>
              <w:t xml:space="preserve"> </w:t>
            </w:r>
            <w:proofErr w:type="spellStart"/>
            <w:r>
              <w:t>aparecem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lista</w:t>
            </w:r>
            <w:proofErr w:type="spellEnd"/>
            <w:r>
              <w:t xml:space="preserve"> do </w:t>
            </w:r>
            <w:proofErr w:type="spellStart"/>
            <w:r>
              <w:t>sistema</w:t>
            </w:r>
            <w:proofErr w:type="spellEnd"/>
            <w:r>
              <w:t xml:space="preserve">.    </w:t>
            </w:r>
            <w:proofErr w:type="gramStart"/>
            <w:r>
              <w:t>☐  Os</w:t>
            </w:r>
            <w:proofErr w:type="gramEnd"/>
            <w:r>
              <w:t xml:space="preserve"> dados do </w:t>
            </w:r>
            <w:proofErr w:type="spellStart"/>
            <w:r>
              <w:t>requerente</w:t>
            </w:r>
            <w:proofErr w:type="spellEnd"/>
            <w:r>
              <w:t xml:space="preserve">, do </w:t>
            </w:r>
            <w:proofErr w:type="spellStart"/>
            <w:r>
              <w:t>imóvel</w:t>
            </w:r>
            <w:proofErr w:type="spellEnd"/>
            <w:r>
              <w:t xml:space="preserve"> e do </w:t>
            </w:r>
            <w:proofErr w:type="spellStart"/>
            <w:r>
              <w:t>exercício</w:t>
            </w:r>
            <w:proofErr w:type="spellEnd"/>
            <w:r>
              <w:t xml:space="preserve"> </w:t>
            </w:r>
            <w:proofErr w:type="spellStart"/>
            <w:r>
              <w:t>solicitado</w:t>
            </w:r>
            <w:proofErr w:type="spellEnd"/>
            <w:r>
              <w:t xml:space="preserve"> </w:t>
            </w:r>
            <w:proofErr w:type="spellStart"/>
            <w:r>
              <w:t>estão</w:t>
            </w:r>
            <w:proofErr w:type="spellEnd"/>
            <w:r>
              <w:t xml:space="preserve"> </w:t>
            </w:r>
            <w:proofErr w:type="spellStart"/>
            <w:r>
              <w:t>corretos</w:t>
            </w:r>
            <w:proofErr w:type="spellEnd"/>
            <w:r>
              <w:t>.</w:t>
            </w:r>
          </w:p>
        </w:tc>
      </w:tr>
    </w:tbl>
    <w:p w:rsidR="002A5646" w:rsidRDefault="002A5646" w:rsidP="002A5646">
      <w:pPr>
        <w:spacing w:after="0"/>
      </w:pPr>
    </w:p>
    <w:p w:rsidR="002A5646" w:rsidRDefault="002A5646" w:rsidP="002A5646">
      <w:proofErr w:type="spellStart"/>
      <w:proofErr w:type="gramStart"/>
      <w:r>
        <w:t>Após</w:t>
      </w:r>
      <w:proofErr w:type="spellEnd"/>
      <w:r>
        <w:t xml:space="preserve"> </w:t>
      </w:r>
      <w:proofErr w:type="spellStart"/>
      <w:r>
        <w:t>conferir</w:t>
      </w:r>
      <w:proofErr w:type="spellEnd"/>
      <w:r>
        <w:t>, clique em “</w:t>
      </w:r>
      <w:proofErr w:type="spellStart"/>
      <w:r>
        <w:t>Peticionar</w:t>
      </w:r>
      <w:proofErr w:type="spellEnd"/>
      <w:r>
        <w:t>”.</w:t>
      </w:r>
      <w:proofErr w:type="gramEnd"/>
      <w:r>
        <w:t xml:space="preserve"> Se </w:t>
      </w:r>
      <w:proofErr w:type="spellStart"/>
      <w:r>
        <w:t>aparecer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</w:t>
      </w:r>
      <w:proofErr w:type="spellStart"/>
      <w:r>
        <w:t>etapa</w:t>
      </w:r>
      <w:proofErr w:type="spellEnd"/>
      <w:r>
        <w:t xml:space="preserve"> de </w:t>
      </w:r>
      <w:proofErr w:type="spellStart"/>
      <w:r>
        <w:t>assinatura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confirmação</w:t>
      </w:r>
      <w:proofErr w:type="spellEnd"/>
      <w:r>
        <w:t xml:space="preserve">, </w:t>
      </w:r>
      <w:proofErr w:type="spellStart"/>
      <w:r>
        <w:t>siga</w:t>
      </w:r>
      <w:proofErr w:type="spellEnd"/>
      <w:r>
        <w:t xml:space="preserve"> as </w:t>
      </w:r>
      <w:proofErr w:type="spellStart"/>
      <w:r>
        <w:t>instruções</w:t>
      </w:r>
      <w:proofErr w:type="spellEnd"/>
      <w:r>
        <w:t xml:space="preserve"> do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até</w:t>
      </w:r>
      <w:proofErr w:type="spellEnd"/>
      <w:r>
        <w:t xml:space="preserve"> </w:t>
      </w:r>
      <w:proofErr w:type="spellStart"/>
      <w:r>
        <w:t>finalizar</w:t>
      </w:r>
      <w:proofErr w:type="spellEnd"/>
      <w:r>
        <w:t>.</w:t>
      </w:r>
    </w:p>
    <w:tbl>
      <w:tblPr>
        <w:tblW w:w="0" w:type="auto"/>
        <w:tblLayout w:type="fixed"/>
        <w:tblLook w:val="04A0"/>
      </w:tblPr>
      <w:tblGrid>
        <w:gridCol w:w="10092"/>
      </w:tblGrid>
      <w:tr w:rsidR="002A5646" w:rsidTr="00BE3E00">
        <w:tc>
          <w:tcPr>
            <w:tcW w:w="10092" w:type="dxa"/>
            <w:shd w:val="clear" w:color="auto" w:fill="ECF6F8"/>
            <w:tcMar>
              <w:top w:w="72" w:type="dxa"/>
              <w:left w:w="108" w:type="dxa"/>
              <w:bottom w:w="72" w:type="dxa"/>
              <w:right w:w="108" w:type="dxa"/>
            </w:tcMar>
            <w:vAlign w:val="center"/>
          </w:tcPr>
          <w:p w:rsidR="002A5646" w:rsidRDefault="002A5646" w:rsidP="00BE3E00">
            <w:pPr>
              <w:spacing w:after="0"/>
            </w:pPr>
            <w:r>
              <w:rPr>
                <w:b/>
                <w:color w:val="106E91"/>
              </w:rPr>
              <w:t xml:space="preserve">PROTOCOLO </w:t>
            </w:r>
            <w:proofErr w:type="gramStart"/>
            <w:r>
              <w:rPr>
                <w:b/>
                <w:color w:val="106E91"/>
              </w:rPr>
              <w:t xml:space="preserve">CONCLUÍDO  </w:t>
            </w:r>
            <w:proofErr w:type="spellStart"/>
            <w:r>
              <w:t>Guarde</w:t>
            </w:r>
            <w:proofErr w:type="spellEnd"/>
            <w:proofErr w:type="gramEnd"/>
            <w:r>
              <w:t xml:space="preserve"> o </w:t>
            </w:r>
            <w:proofErr w:type="spellStart"/>
            <w:r>
              <w:t>recibo</w:t>
            </w:r>
            <w:proofErr w:type="spellEnd"/>
            <w:r>
              <w:t xml:space="preserve"> </w:t>
            </w:r>
            <w:proofErr w:type="spellStart"/>
            <w:r>
              <w:t>eletrônico</w:t>
            </w:r>
            <w:proofErr w:type="spellEnd"/>
            <w:r>
              <w:t xml:space="preserve"> e o </w:t>
            </w:r>
            <w:proofErr w:type="spellStart"/>
            <w:r>
              <w:t>número</w:t>
            </w:r>
            <w:proofErr w:type="spellEnd"/>
            <w:r>
              <w:t xml:space="preserve"> do </w:t>
            </w:r>
            <w:proofErr w:type="spellStart"/>
            <w:r>
              <w:t>processo</w:t>
            </w:r>
            <w:proofErr w:type="spellEnd"/>
            <w:r>
              <w:t xml:space="preserve">. É </w:t>
            </w:r>
            <w:proofErr w:type="spellStart"/>
            <w:r>
              <w:t>essa</w:t>
            </w:r>
            <w:proofErr w:type="spellEnd"/>
            <w:r>
              <w:t xml:space="preserve"> </w:t>
            </w:r>
            <w:proofErr w:type="spellStart"/>
            <w:r>
              <w:t>confirmação</w:t>
            </w:r>
            <w:proofErr w:type="spellEnd"/>
            <w:r>
              <w:t xml:space="preserve"> </w:t>
            </w:r>
            <w:proofErr w:type="spellStart"/>
            <w:r>
              <w:t>que</w:t>
            </w:r>
            <w:proofErr w:type="spellEnd"/>
            <w:r>
              <w:t xml:space="preserve"> </w:t>
            </w:r>
            <w:proofErr w:type="spellStart"/>
            <w:r>
              <w:t>permite</w:t>
            </w:r>
            <w:proofErr w:type="spellEnd"/>
            <w:r>
              <w:t xml:space="preserve"> </w:t>
            </w:r>
            <w:proofErr w:type="spellStart"/>
            <w:r>
              <w:t>comprovar</w:t>
            </w:r>
            <w:proofErr w:type="spellEnd"/>
            <w:r>
              <w:t xml:space="preserve"> o </w:t>
            </w:r>
            <w:proofErr w:type="spellStart"/>
            <w:r>
              <w:t>envio</w:t>
            </w:r>
            <w:proofErr w:type="spellEnd"/>
            <w:r>
              <w:t xml:space="preserve"> e </w:t>
            </w:r>
            <w:proofErr w:type="spellStart"/>
            <w:r>
              <w:t>acompanhar</w:t>
            </w:r>
            <w:proofErr w:type="spellEnd"/>
            <w:r>
              <w:t xml:space="preserve"> o </w:t>
            </w:r>
            <w:proofErr w:type="spellStart"/>
            <w:r>
              <w:t>pedido</w:t>
            </w:r>
            <w:proofErr w:type="spellEnd"/>
            <w:r>
              <w:t>.</w:t>
            </w:r>
          </w:p>
        </w:tc>
      </w:tr>
    </w:tbl>
    <w:p w:rsidR="002A5646" w:rsidRDefault="002A5646" w:rsidP="002A5646">
      <w:pPr>
        <w:spacing w:after="0"/>
      </w:pPr>
    </w:p>
    <w:p w:rsidR="002A5646" w:rsidRDefault="002A5646" w:rsidP="002A5646">
      <w:proofErr w:type="gramStart"/>
      <w:r>
        <w:t xml:space="preserve">Em </w:t>
      </w:r>
      <w:proofErr w:type="spellStart"/>
      <w:r>
        <w:t>caso</w:t>
      </w:r>
      <w:proofErr w:type="spellEnd"/>
      <w:r>
        <w:t xml:space="preserve"> de </w:t>
      </w:r>
      <w:proofErr w:type="spellStart"/>
      <w:r>
        <w:t>dificuldade</w:t>
      </w:r>
      <w:proofErr w:type="spellEnd"/>
      <w:r>
        <w:t xml:space="preserve"> de </w:t>
      </w:r>
      <w:proofErr w:type="spellStart"/>
      <w:r>
        <w:t>acesso</w:t>
      </w:r>
      <w:proofErr w:type="spellEnd"/>
      <w:r>
        <w:t xml:space="preserve">, revise o </w:t>
      </w:r>
      <w:proofErr w:type="spellStart"/>
      <w:r>
        <w:t>cadastro</w:t>
      </w:r>
      <w:proofErr w:type="spellEnd"/>
      <w:r>
        <w:t xml:space="preserve">, </w:t>
      </w:r>
      <w:proofErr w:type="spellStart"/>
      <w:r>
        <w:t>os</w:t>
      </w:r>
      <w:proofErr w:type="spellEnd"/>
      <w:r>
        <w:t xml:space="preserve"> </w:t>
      </w:r>
      <w:proofErr w:type="spellStart"/>
      <w:r>
        <w:t>campos</w:t>
      </w:r>
      <w:proofErr w:type="spellEnd"/>
      <w:r>
        <w:t xml:space="preserve"> </w:t>
      </w:r>
      <w:proofErr w:type="spellStart"/>
      <w:r>
        <w:t>obrigatórios</w:t>
      </w:r>
      <w:proofErr w:type="spellEnd"/>
      <w:r>
        <w:t xml:space="preserve"> e se </w:t>
      </w:r>
      <w:proofErr w:type="spellStart"/>
      <w:r>
        <w:t>os</w:t>
      </w:r>
      <w:proofErr w:type="spellEnd"/>
      <w:r>
        <w:t xml:space="preserve"> </w:t>
      </w:r>
      <w:proofErr w:type="spellStart"/>
      <w:r>
        <w:t>anexos</w:t>
      </w:r>
      <w:proofErr w:type="spellEnd"/>
      <w:r>
        <w:t xml:space="preserve"> </w:t>
      </w:r>
      <w:proofErr w:type="spellStart"/>
      <w:r>
        <w:t>foram</w:t>
      </w:r>
      <w:proofErr w:type="spellEnd"/>
      <w:r>
        <w:t xml:space="preserve"> </w:t>
      </w:r>
      <w:proofErr w:type="spellStart"/>
      <w:r>
        <w:t>realmente</w:t>
      </w:r>
      <w:proofErr w:type="spellEnd"/>
      <w:r>
        <w:t xml:space="preserve"> </w:t>
      </w:r>
      <w:proofErr w:type="spellStart"/>
      <w:r>
        <w:t>adicionados</w:t>
      </w:r>
      <w:proofErr w:type="spellEnd"/>
      <w:r>
        <w:t>.</w:t>
      </w:r>
      <w:proofErr w:type="gramEnd"/>
      <w:r>
        <w:t xml:space="preserve"> Se </w:t>
      </w:r>
      <w:proofErr w:type="spellStart"/>
      <w:r>
        <w:t>necessário</w:t>
      </w:r>
      <w:proofErr w:type="spellEnd"/>
      <w:r>
        <w:t xml:space="preserve">, procure </w:t>
      </w:r>
      <w:proofErr w:type="spellStart"/>
      <w:r>
        <w:t>os</w:t>
      </w:r>
      <w:proofErr w:type="spellEnd"/>
      <w:r>
        <w:t xml:space="preserve"> </w:t>
      </w:r>
      <w:proofErr w:type="spellStart"/>
      <w:r>
        <w:t>canais</w:t>
      </w:r>
      <w:proofErr w:type="spellEnd"/>
      <w:r>
        <w:t xml:space="preserve"> </w:t>
      </w:r>
      <w:proofErr w:type="spellStart"/>
      <w:r>
        <w:t>oficiais</w:t>
      </w:r>
      <w:proofErr w:type="spellEnd"/>
      <w:r>
        <w:t xml:space="preserve"> de </w:t>
      </w:r>
      <w:proofErr w:type="spellStart"/>
      <w:r>
        <w:t>atendimento</w:t>
      </w:r>
      <w:proofErr w:type="spellEnd"/>
      <w:r>
        <w:t xml:space="preserve"> da </w:t>
      </w:r>
      <w:proofErr w:type="spellStart"/>
      <w:r>
        <w:t>Prefeitura</w:t>
      </w:r>
      <w:proofErr w:type="spellEnd"/>
      <w:r>
        <w:t xml:space="preserve"> de Sorocaba.</w:t>
      </w:r>
    </w:p>
    <w:p w:rsidR="002A5646" w:rsidRDefault="002A5646" w:rsidP="002A5646">
      <w:pPr>
        <w:pStyle w:val="DocH2"/>
        <w:keepNext/>
      </w:pPr>
      <w:r>
        <w:t>APÓS PETICIONAR — ACOMPANHE SEU PROCESSO</w:t>
      </w:r>
    </w:p>
    <w:p w:rsidR="002A5646" w:rsidRDefault="002A5646" w:rsidP="002A5646">
      <w:pPr>
        <w:pStyle w:val="DocFollow"/>
      </w:pPr>
      <w:proofErr w:type="spellStart"/>
      <w:r>
        <w:t>Após</w:t>
      </w:r>
      <w:proofErr w:type="spellEnd"/>
      <w:r>
        <w:t xml:space="preserve"> o </w:t>
      </w:r>
      <w:proofErr w:type="spellStart"/>
      <w:r>
        <w:t>envio</w:t>
      </w:r>
      <w:proofErr w:type="spellEnd"/>
      <w:r>
        <w:t xml:space="preserve"> do </w:t>
      </w:r>
      <w:proofErr w:type="spellStart"/>
      <w:r>
        <w:t>pedido</w:t>
      </w:r>
      <w:proofErr w:type="spellEnd"/>
      <w:r>
        <w:t xml:space="preserve">, </w:t>
      </w:r>
      <w:proofErr w:type="spellStart"/>
      <w:r>
        <w:t>acompanhe</w:t>
      </w:r>
      <w:proofErr w:type="spellEnd"/>
      <w:r>
        <w:t xml:space="preserve"> </w:t>
      </w:r>
      <w:proofErr w:type="spellStart"/>
      <w:r>
        <w:t>regularmente</w:t>
      </w:r>
      <w:proofErr w:type="spellEnd"/>
      <w:r>
        <w:t xml:space="preserve"> o e-mail </w:t>
      </w:r>
      <w:proofErr w:type="spellStart"/>
      <w:r>
        <w:t>cadastrado</w:t>
      </w:r>
      <w:proofErr w:type="spellEnd"/>
      <w:r>
        <w:t xml:space="preserve"> no SEI </w:t>
      </w:r>
      <w:proofErr w:type="spellStart"/>
      <w:r>
        <w:t>Cidades</w:t>
      </w:r>
      <w:proofErr w:type="spellEnd"/>
      <w:r>
        <w:t xml:space="preserve">, </w:t>
      </w:r>
      <w:proofErr w:type="spellStart"/>
      <w:r>
        <w:t>pois</w:t>
      </w:r>
      <w:proofErr w:type="spellEnd"/>
      <w:r>
        <w:t xml:space="preserve"> é </w:t>
      </w:r>
      <w:proofErr w:type="spellStart"/>
      <w:r>
        <w:t>por</w:t>
      </w:r>
      <w:proofErr w:type="spellEnd"/>
      <w:r>
        <w:t xml:space="preserve"> </w:t>
      </w:r>
      <w:proofErr w:type="spellStart"/>
      <w:r>
        <w:t>ele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você</w:t>
      </w:r>
      <w:proofErr w:type="spellEnd"/>
      <w:r>
        <w:t xml:space="preserve"> </w:t>
      </w:r>
      <w:proofErr w:type="spellStart"/>
      <w:r>
        <w:t>receberá</w:t>
      </w:r>
      <w:proofErr w:type="spellEnd"/>
      <w:r>
        <w:t xml:space="preserve"> </w:t>
      </w:r>
      <w:proofErr w:type="spellStart"/>
      <w:r>
        <w:t>os</w:t>
      </w:r>
      <w:proofErr w:type="spellEnd"/>
      <w:r>
        <w:t xml:space="preserve"> </w:t>
      </w:r>
      <w:proofErr w:type="spellStart"/>
      <w:r>
        <w:t>avisos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o </w:t>
      </w:r>
      <w:proofErr w:type="spellStart"/>
      <w:r>
        <w:t>andamento</w:t>
      </w:r>
      <w:proofErr w:type="spellEnd"/>
      <w:r>
        <w:t xml:space="preserve"> do </w:t>
      </w:r>
      <w:proofErr w:type="spellStart"/>
      <w:r>
        <w:t>seu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>.</w:t>
      </w:r>
    </w:p>
    <w:p w:rsidR="002A5646" w:rsidRDefault="002A5646" w:rsidP="002A5646">
      <w:pPr>
        <w:pStyle w:val="DocFollow"/>
      </w:pPr>
      <w:proofErr w:type="spellStart"/>
      <w:r>
        <w:t>Verifique</w:t>
      </w:r>
      <w:proofErr w:type="spellEnd"/>
      <w:r>
        <w:t xml:space="preserve"> </w:t>
      </w:r>
      <w:proofErr w:type="spellStart"/>
      <w:r>
        <w:t>também</w:t>
      </w:r>
      <w:proofErr w:type="spellEnd"/>
      <w:r>
        <w:t xml:space="preserve"> a </w:t>
      </w:r>
      <w:proofErr w:type="spellStart"/>
      <w:r>
        <w:t>caixa</w:t>
      </w:r>
      <w:proofErr w:type="spellEnd"/>
      <w:r>
        <w:t xml:space="preserve"> de spam </w:t>
      </w:r>
      <w:proofErr w:type="spellStart"/>
      <w:r>
        <w:t>ou</w:t>
      </w:r>
      <w:proofErr w:type="spellEnd"/>
      <w:r>
        <w:t xml:space="preserve"> </w:t>
      </w:r>
      <w:proofErr w:type="spellStart"/>
      <w:r>
        <w:t>lixo</w:t>
      </w:r>
      <w:proofErr w:type="spellEnd"/>
      <w:r>
        <w:t xml:space="preserve"> </w:t>
      </w:r>
      <w:proofErr w:type="spellStart"/>
      <w:r>
        <w:t>eletrônico</w:t>
      </w:r>
      <w:proofErr w:type="spellEnd"/>
      <w:r>
        <w:t xml:space="preserve">, </w:t>
      </w:r>
      <w:proofErr w:type="spellStart"/>
      <w:r>
        <w:t>pois</w:t>
      </w:r>
      <w:proofErr w:type="spellEnd"/>
      <w:r>
        <w:t xml:space="preserve"> as </w:t>
      </w:r>
      <w:proofErr w:type="spellStart"/>
      <w:r>
        <w:t>mensagens</w:t>
      </w:r>
      <w:proofErr w:type="spellEnd"/>
      <w:r>
        <w:t xml:space="preserve"> </w:t>
      </w:r>
      <w:proofErr w:type="spellStart"/>
      <w:r>
        <w:t>enviadas</w:t>
      </w:r>
      <w:proofErr w:type="spellEnd"/>
      <w:r>
        <w:t xml:space="preserve"> </w:t>
      </w:r>
      <w:proofErr w:type="spellStart"/>
      <w:r>
        <w:t>pelo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podem</w:t>
      </w:r>
      <w:proofErr w:type="spellEnd"/>
      <w:r>
        <w:t xml:space="preserve"> ser </w:t>
      </w:r>
      <w:proofErr w:type="spellStart"/>
      <w:r>
        <w:t>direcionadas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essas</w:t>
      </w:r>
      <w:proofErr w:type="spellEnd"/>
      <w:r>
        <w:t xml:space="preserve"> pastas.</w:t>
      </w:r>
    </w:p>
    <w:p w:rsidR="002A5646" w:rsidRDefault="002A5646" w:rsidP="002A5646">
      <w:pPr>
        <w:pStyle w:val="DocFollow"/>
      </w:pPr>
      <w:proofErr w:type="spellStart"/>
      <w:proofErr w:type="gramStart"/>
      <w:r>
        <w:t>Sempre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houver</w:t>
      </w:r>
      <w:proofErr w:type="spellEnd"/>
      <w:r>
        <w:t xml:space="preserve"> </w:t>
      </w:r>
      <w:proofErr w:type="spellStart"/>
      <w:r>
        <w:t>uma</w:t>
      </w:r>
      <w:proofErr w:type="spellEnd"/>
      <w:r>
        <w:t xml:space="preserve"> </w:t>
      </w:r>
      <w:proofErr w:type="spellStart"/>
      <w:r>
        <w:t>notificação</w:t>
      </w:r>
      <w:proofErr w:type="spellEnd"/>
      <w:r>
        <w:t xml:space="preserve"> da </w:t>
      </w:r>
      <w:proofErr w:type="spellStart"/>
      <w:r>
        <w:t>Prefeitura</w:t>
      </w:r>
      <w:proofErr w:type="spellEnd"/>
      <w:r>
        <w:t xml:space="preserve">, </w:t>
      </w:r>
      <w:proofErr w:type="spellStart"/>
      <w:r>
        <w:t>será</w:t>
      </w:r>
      <w:proofErr w:type="spellEnd"/>
      <w:r>
        <w:t xml:space="preserve"> </w:t>
      </w:r>
      <w:proofErr w:type="spellStart"/>
      <w:r>
        <w:t>disponibilizado</w:t>
      </w:r>
      <w:proofErr w:type="spellEnd"/>
      <w:r>
        <w:t xml:space="preserve"> o </w:t>
      </w:r>
      <w:proofErr w:type="spellStart"/>
      <w:r>
        <w:t>acesso</w:t>
      </w:r>
      <w:proofErr w:type="spellEnd"/>
      <w: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documento</w:t>
      </w:r>
      <w:proofErr w:type="spellEnd"/>
      <w:r>
        <w:t xml:space="preserve"> no SEI </w:t>
      </w:r>
      <w:proofErr w:type="spellStart"/>
      <w:r>
        <w:t>Cidades</w:t>
      </w:r>
      <w:proofErr w:type="spellEnd"/>
      <w:r>
        <w:t xml:space="preserve">,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você</w:t>
      </w:r>
      <w:proofErr w:type="spellEnd"/>
      <w:r>
        <w:t xml:space="preserve"> </w:t>
      </w:r>
      <w:proofErr w:type="spellStart"/>
      <w:r>
        <w:t>possa</w:t>
      </w:r>
      <w:proofErr w:type="spellEnd"/>
      <w:r>
        <w:t xml:space="preserve"> </w:t>
      </w:r>
      <w:proofErr w:type="spellStart"/>
      <w:r>
        <w:t>consultar</w:t>
      </w:r>
      <w:proofErr w:type="spellEnd"/>
      <w:r>
        <w:t xml:space="preserve"> </w:t>
      </w:r>
      <w:proofErr w:type="spellStart"/>
      <w:r>
        <w:t>seu</w:t>
      </w:r>
      <w:proofErr w:type="spellEnd"/>
      <w:r>
        <w:t xml:space="preserve"> </w:t>
      </w:r>
      <w:proofErr w:type="spellStart"/>
      <w:r>
        <w:t>conteúdo</w:t>
      </w:r>
      <w:proofErr w:type="spellEnd"/>
      <w:r>
        <w:t xml:space="preserve"> e, </w:t>
      </w:r>
      <w:proofErr w:type="spellStart"/>
      <w:r>
        <w:t>quando</w:t>
      </w:r>
      <w:proofErr w:type="spellEnd"/>
      <w:r>
        <w:t xml:space="preserve"> </w:t>
      </w:r>
      <w:proofErr w:type="spellStart"/>
      <w:r>
        <w:t>necessário</w:t>
      </w:r>
      <w:proofErr w:type="spellEnd"/>
      <w:r>
        <w:t xml:space="preserve">, </w:t>
      </w:r>
      <w:proofErr w:type="spellStart"/>
      <w:r>
        <w:t>apresentar</w:t>
      </w:r>
      <w:proofErr w:type="spellEnd"/>
      <w:r>
        <w:t xml:space="preserve"> </w:t>
      </w:r>
      <w:proofErr w:type="spellStart"/>
      <w:r>
        <w:t>documentos</w:t>
      </w:r>
      <w:proofErr w:type="spellEnd"/>
      <w:r>
        <w:t xml:space="preserve">, </w:t>
      </w:r>
      <w:proofErr w:type="spellStart"/>
      <w:r>
        <w:t>esclarecimentos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recursos</w:t>
      </w:r>
      <w:proofErr w:type="spellEnd"/>
      <w:r>
        <w:t>.</w:t>
      </w:r>
      <w:proofErr w:type="gramEnd"/>
    </w:p>
    <w:p w:rsidR="002A5646" w:rsidRDefault="002A5646" w:rsidP="002A5646">
      <w:pPr>
        <w:pStyle w:val="DocFollow"/>
      </w:pPr>
      <w:proofErr w:type="spellStart"/>
      <w:r>
        <w:t>Atenção</w:t>
      </w:r>
      <w:proofErr w:type="spellEnd"/>
      <w:r>
        <w:t xml:space="preserve"> </w:t>
      </w:r>
      <w:proofErr w:type="spellStart"/>
      <w:r>
        <w:t>aos</w:t>
      </w:r>
      <w:proofErr w:type="spellEnd"/>
      <w:r>
        <w:t xml:space="preserve"> </w:t>
      </w:r>
      <w:proofErr w:type="spellStart"/>
      <w:r>
        <w:t>prazos</w:t>
      </w:r>
      <w:proofErr w:type="spellEnd"/>
      <w:r>
        <w:t xml:space="preserve">! </w:t>
      </w:r>
      <w:proofErr w:type="gramStart"/>
      <w:r>
        <w:t xml:space="preserve">As </w:t>
      </w:r>
      <w:proofErr w:type="spellStart"/>
      <w:r>
        <w:t>notificações</w:t>
      </w:r>
      <w:proofErr w:type="spellEnd"/>
      <w:r>
        <w:t xml:space="preserve"> </w:t>
      </w:r>
      <w:proofErr w:type="spellStart"/>
      <w:r>
        <w:t>poderão</w:t>
      </w:r>
      <w:proofErr w:type="spellEnd"/>
      <w:r>
        <w:t xml:space="preserve"> </w:t>
      </w:r>
      <w:proofErr w:type="spellStart"/>
      <w:r>
        <w:t>estabelecer</w:t>
      </w:r>
      <w:proofErr w:type="spellEnd"/>
      <w:r>
        <w:t xml:space="preserve"> um </w:t>
      </w:r>
      <w:proofErr w:type="spellStart"/>
      <w:r>
        <w:t>prazo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resposta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Por</w:t>
      </w:r>
      <w:proofErr w:type="spellEnd"/>
      <w:r>
        <w:t xml:space="preserve"> </w:t>
      </w:r>
      <w:proofErr w:type="spellStart"/>
      <w:r>
        <w:t>isso</w:t>
      </w:r>
      <w:proofErr w:type="spellEnd"/>
      <w:r>
        <w:t xml:space="preserve">, é </w:t>
      </w:r>
      <w:proofErr w:type="spellStart"/>
      <w:r>
        <w:t>importante</w:t>
      </w:r>
      <w:proofErr w:type="spellEnd"/>
      <w:r>
        <w:t xml:space="preserve"> </w:t>
      </w:r>
      <w:proofErr w:type="spellStart"/>
      <w:r>
        <w:t>acessar</w:t>
      </w:r>
      <w:proofErr w:type="spellEnd"/>
      <w:r>
        <w:t xml:space="preserve"> o </w:t>
      </w:r>
      <w:proofErr w:type="spellStart"/>
      <w:r>
        <w:t>processo</w:t>
      </w:r>
      <w:proofErr w:type="spellEnd"/>
      <w:r>
        <w:t xml:space="preserve">, </w:t>
      </w:r>
      <w:proofErr w:type="spellStart"/>
      <w:r>
        <w:t>ler</w:t>
      </w:r>
      <w:proofErr w:type="spellEnd"/>
      <w:r>
        <w:t xml:space="preserve"> a </w:t>
      </w:r>
      <w:proofErr w:type="spellStart"/>
      <w:r>
        <w:t>notificação</w:t>
      </w:r>
      <w:proofErr w:type="spellEnd"/>
      <w:r>
        <w:t xml:space="preserve"> e </w:t>
      </w:r>
      <w:proofErr w:type="spellStart"/>
      <w:r>
        <w:t>apresentar</w:t>
      </w:r>
      <w:proofErr w:type="spellEnd"/>
      <w:r>
        <w:t xml:space="preserve"> o </w:t>
      </w:r>
      <w:proofErr w:type="spellStart"/>
      <w:r>
        <w:t>que</w:t>
      </w:r>
      <w:proofErr w:type="spellEnd"/>
      <w:r>
        <w:t xml:space="preserve"> </w:t>
      </w:r>
      <w:proofErr w:type="spellStart"/>
      <w:r>
        <w:t>foi</w:t>
      </w:r>
      <w:proofErr w:type="spellEnd"/>
      <w:r>
        <w:t xml:space="preserve"> </w:t>
      </w:r>
      <w:proofErr w:type="spellStart"/>
      <w:r>
        <w:t>solicitado</w:t>
      </w:r>
      <w:proofErr w:type="spellEnd"/>
      <w:r>
        <w:t xml:space="preserve"> </w:t>
      </w:r>
      <w:proofErr w:type="spellStart"/>
      <w:r>
        <w:t>dentro</w:t>
      </w:r>
      <w:proofErr w:type="spellEnd"/>
      <w:r>
        <w:t xml:space="preserve"> do </w:t>
      </w:r>
      <w:proofErr w:type="spellStart"/>
      <w:r>
        <w:t>período</w:t>
      </w:r>
      <w:proofErr w:type="spellEnd"/>
      <w:r>
        <w:t xml:space="preserve"> </w:t>
      </w:r>
      <w:proofErr w:type="spellStart"/>
      <w:r>
        <w:t>informado</w:t>
      </w:r>
      <w:proofErr w:type="spellEnd"/>
      <w:r>
        <w:t>.</w:t>
      </w:r>
      <w:proofErr w:type="gramEnd"/>
    </w:p>
    <w:p w:rsidR="00566C20" w:rsidRDefault="00566C20" w:rsidP="002A5646">
      <w:pPr>
        <w:spacing w:before="80" w:after="80"/>
      </w:pPr>
    </w:p>
    <w:sectPr w:rsidR="00566C20" w:rsidSect="00034616">
      <w:headerReference w:type="default" r:id="rId18"/>
      <w:footerReference w:type="default" r:id="rId19"/>
      <w:pgSz w:w="11906" w:h="16838"/>
      <w:pgMar w:top="709" w:right="907" w:bottom="680" w:left="907" w:header="323" w:footer="31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2B6C" w:rsidRDefault="00C32B6C" w:rsidP="00566C20">
      <w:pPr>
        <w:spacing w:after="0" w:line="240" w:lineRule="auto"/>
      </w:pPr>
      <w:r>
        <w:separator/>
      </w:r>
    </w:p>
  </w:endnote>
  <w:endnote w:type="continuationSeparator" w:id="0">
    <w:p w:rsidR="00C32B6C" w:rsidRDefault="00C32B6C" w:rsidP="00566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C20" w:rsidRDefault="007745C6">
    <w:pPr>
      <w:pStyle w:val="Rodap"/>
      <w:jc w:val="right"/>
    </w:pPr>
    <w:r>
      <w:rPr>
        <w:color w:val="5C6970"/>
        <w:sz w:val="16"/>
      </w:rPr>
      <w:t xml:space="preserve">SEI Cidades  •  Pedido de isenção do IPTU  |  Página </w:t>
    </w:r>
    <w:fldSimple w:instr="PAGE">
      <w:r w:rsidR="005C76A6">
        <w:rPr>
          <w:noProof/>
        </w:rPr>
        <w:t>7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2B6C" w:rsidRDefault="00C32B6C" w:rsidP="00566C20">
      <w:pPr>
        <w:spacing w:after="0" w:line="240" w:lineRule="auto"/>
      </w:pPr>
      <w:r>
        <w:separator/>
      </w:r>
    </w:p>
  </w:footnote>
  <w:footnote w:type="continuationSeparator" w:id="0">
    <w:p w:rsidR="00C32B6C" w:rsidRDefault="00C32B6C" w:rsidP="00566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C20" w:rsidRDefault="007745C6">
    <w:pPr>
      <w:pStyle w:val="Cabealho"/>
      <w:jc w:val="right"/>
    </w:pPr>
    <w:r>
      <w:rPr>
        <w:b/>
        <w:color w:val="106E91"/>
        <w:sz w:val="15"/>
      </w:rPr>
      <w:t>PREFEITURA DE SOROCABA  |  ORIENTAÇÃO AO CIDADÃO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62A76F8"/>
    <w:multiLevelType w:val="hybridMultilevel"/>
    <w:tmpl w:val="2BEA2588"/>
    <w:lvl w:ilvl="0" w:tplc="7CD43B8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2668283A"/>
    <w:multiLevelType w:val="hybridMultilevel"/>
    <w:tmpl w:val="A47214F0"/>
    <w:lvl w:ilvl="0" w:tplc="54E89F1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2CCE1403"/>
    <w:multiLevelType w:val="hybridMultilevel"/>
    <w:tmpl w:val="89CE43A2"/>
    <w:lvl w:ilvl="0" w:tplc="7CD43B8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332D10D8"/>
    <w:multiLevelType w:val="hybridMultilevel"/>
    <w:tmpl w:val="D46247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9B56E8"/>
    <w:multiLevelType w:val="hybridMultilevel"/>
    <w:tmpl w:val="06BCB296"/>
    <w:lvl w:ilvl="0" w:tplc="0416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4">
    <w:nsid w:val="67E637F0"/>
    <w:multiLevelType w:val="hybridMultilevel"/>
    <w:tmpl w:val="382C62F4"/>
    <w:lvl w:ilvl="0" w:tplc="47D8AC6C">
      <w:numFmt w:val="bullet"/>
      <w:lvlText w:val="•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14"/>
  </w:num>
  <w:num w:numId="12">
    <w:abstractNumId w:val="12"/>
  </w:num>
  <w:num w:numId="13">
    <w:abstractNumId w:val="9"/>
  </w:num>
  <w:num w:numId="14">
    <w:abstractNumId w:val="11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11975"/>
    <w:rsid w:val="0015074B"/>
    <w:rsid w:val="0029639D"/>
    <w:rsid w:val="002A5646"/>
    <w:rsid w:val="002B1DEF"/>
    <w:rsid w:val="00326F90"/>
    <w:rsid w:val="003543B3"/>
    <w:rsid w:val="004A312E"/>
    <w:rsid w:val="00566C20"/>
    <w:rsid w:val="005C76A6"/>
    <w:rsid w:val="00632A5A"/>
    <w:rsid w:val="006A7397"/>
    <w:rsid w:val="006B4D52"/>
    <w:rsid w:val="007745C6"/>
    <w:rsid w:val="008116C1"/>
    <w:rsid w:val="00AA1D8D"/>
    <w:rsid w:val="00B47730"/>
    <w:rsid w:val="00C32B6C"/>
    <w:rsid w:val="00CB0664"/>
    <w:rsid w:val="00D00A6F"/>
    <w:rsid w:val="00D474FE"/>
    <w:rsid w:val="00FC693F"/>
    <w:rsid w:val="00FC6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99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mentoClaro1">
    <w:name w:val="Sombreamento Claro1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ombreamentoClaro-nfase11">
    <w:name w:val="Sombreamento Claro - Ênfase 1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staClara1">
    <w:name w:val="Lista Clara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staClara-nfase11">
    <w:name w:val="Lista Clara - Ênfase 1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GradeClara1">
    <w:name w:val="Grade Clara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GradeClara-nfase11">
    <w:name w:val="Grade Clara - Ênfase 1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SombreamentoMdio11">
    <w:name w:val="Sombreamento Médio 1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1-nfase11">
    <w:name w:val="Sombreamento Médio 1 - Ênfase 1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mentoMdio21">
    <w:name w:val="Sombreamento Médio 2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ombreamentoMdio2-nfase11">
    <w:name w:val="Sombreamento Médio 2 - Ênfase 1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ListaMdia11">
    <w:name w:val="Lista Média 1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ListaMdia1-nfase11">
    <w:name w:val="Lista Média 1 - Ênfase 1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ListaMdia21">
    <w:name w:val="Lista Média 2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GradeMdia11">
    <w:name w:val="Grade Média 1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GradeMdia21">
    <w:name w:val="Grade Média 2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GradeMdia31">
    <w:name w:val="Grade Média 3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ListaEscura1">
    <w:name w:val="Lista Escura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SombreamentoColorido1">
    <w:name w:val="Sombreamento Colorido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ListaColorida1">
    <w:name w:val="Lista Colorida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adeColorida1">
    <w:name w:val="Grade Colorida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 Title"/>
    <w:rsid w:val="00566C20"/>
    <w:pPr>
      <w:spacing w:after="100" w:line="259" w:lineRule="auto"/>
    </w:pPr>
    <w:rPr>
      <w:rFonts w:ascii="Arial" w:hAnsi="Arial"/>
      <w:b/>
      <w:color w:val="1D3B4D"/>
      <w:sz w:val="36"/>
    </w:rPr>
  </w:style>
  <w:style w:type="paragraph" w:customStyle="1" w:styleId="DocSub">
    <w:name w:val="Doc Sub"/>
    <w:rsid w:val="00566C20"/>
    <w:pPr>
      <w:spacing w:after="100" w:line="259" w:lineRule="auto"/>
    </w:pPr>
    <w:rPr>
      <w:rFonts w:ascii="Arial" w:hAnsi="Arial"/>
      <w:b/>
      <w:color w:val="106E91"/>
      <w:sz w:val="25"/>
    </w:rPr>
  </w:style>
  <w:style w:type="paragraph" w:customStyle="1" w:styleId="DocH">
    <w:name w:val="Doc H"/>
    <w:rsid w:val="00566C20"/>
    <w:pPr>
      <w:spacing w:before="160" w:after="80" w:line="259" w:lineRule="auto"/>
    </w:pPr>
    <w:rPr>
      <w:rFonts w:ascii="Arial" w:hAnsi="Arial"/>
      <w:b/>
      <w:color w:val="1D3B4D"/>
      <w:sz w:val="26"/>
    </w:rPr>
  </w:style>
  <w:style w:type="paragraph" w:customStyle="1" w:styleId="DocH2">
    <w:name w:val="Doc H2"/>
    <w:rsid w:val="00566C20"/>
    <w:pPr>
      <w:spacing w:before="140" w:after="60" w:line="259" w:lineRule="auto"/>
    </w:pPr>
    <w:rPr>
      <w:rFonts w:ascii="Arial" w:hAnsi="Arial"/>
      <w:b/>
      <w:color w:val="106E91"/>
    </w:rPr>
  </w:style>
  <w:style w:type="paragraph" w:customStyle="1" w:styleId="DocCaption">
    <w:name w:val="Doc Caption"/>
    <w:rsid w:val="00566C20"/>
    <w:pPr>
      <w:spacing w:before="20" w:after="80" w:line="259" w:lineRule="auto"/>
    </w:pPr>
    <w:rPr>
      <w:rFonts w:ascii="Arial" w:hAnsi="Arial"/>
      <w:color w:val="5C6970"/>
      <w:sz w:val="16"/>
    </w:rPr>
  </w:style>
  <w:style w:type="paragraph" w:customStyle="1" w:styleId="SmallHead">
    <w:name w:val="Small Head"/>
    <w:rsid w:val="00566C20"/>
    <w:pPr>
      <w:spacing w:after="40" w:line="259" w:lineRule="auto"/>
    </w:pPr>
    <w:rPr>
      <w:rFonts w:ascii="Arial" w:hAnsi="Arial"/>
      <w:b/>
      <w:color w:val="106E91"/>
      <w:sz w:val="16"/>
    </w:rPr>
  </w:style>
  <w:style w:type="paragraph" w:customStyle="1" w:styleId="DocBullet">
    <w:name w:val="Doc Bullet"/>
    <w:rsid w:val="00566C20"/>
    <w:pPr>
      <w:spacing w:after="40" w:line="259" w:lineRule="auto"/>
    </w:pPr>
    <w:rPr>
      <w:rFonts w:ascii="Arial" w:hAnsi="Arial"/>
      <w:sz w:val="20"/>
    </w:rPr>
  </w:style>
  <w:style w:type="paragraph" w:customStyle="1" w:styleId="DocChecklist">
    <w:name w:val="Doc Checklist"/>
    <w:rsid w:val="00566C20"/>
    <w:pPr>
      <w:spacing w:after="40" w:line="259" w:lineRule="auto"/>
    </w:pPr>
    <w:rPr>
      <w:rFonts w:ascii="Arial" w:hAnsi="Arial"/>
      <w:sz w:val="20"/>
    </w:rPr>
  </w:style>
  <w:style w:type="paragraph" w:customStyle="1" w:styleId="DocFollow">
    <w:name w:val="Doc Follow"/>
    <w:rsid w:val="00566C20"/>
    <w:pPr>
      <w:spacing w:after="80" w:line="259" w:lineRule="auto"/>
    </w:pPr>
    <w:rPr>
      <w:rFonts w:ascii="Arial" w:hAnsi="Arial"/>
      <w:sz w:val="20"/>
    </w:rPr>
  </w:style>
  <w:style w:type="paragraph" w:customStyle="1" w:styleId="DocLink">
    <w:name w:val="Doc Link"/>
    <w:rsid w:val="00566C20"/>
    <w:pPr>
      <w:spacing w:after="60" w:line="259" w:lineRule="auto"/>
    </w:pPr>
    <w:rPr>
      <w:rFonts w:ascii="Arial" w:hAnsi="Arial"/>
      <w:color w:val="106E91"/>
      <w:sz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1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16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gov.br/pt-br/servicos/criar-sua-conta-gov.br" TargetMode="Externa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https://cidades.sei.sp.gov.br/sorocaba/sei/controlador_externo.php?acao=usuario_externo_logar&amp;id_orgao_acesso_externo=0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fazenda.sorocaba.sp.gov.br/iptu/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0761CF-E54E-4C61-A8E6-D8D23CE0C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1553</Words>
  <Characters>8387</Characters>
  <Application>Microsoft Office Word</Application>
  <DocSecurity>0</DocSecurity>
  <Lines>69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Guia ilustrado do SEI Cidades — Solicitação de Isenção do IPTU</vt:lpstr>
      <vt:lpstr/>
    </vt:vector>
  </TitlesOfParts>
  <Company/>
  <LinksUpToDate>false</LinksUpToDate>
  <CharactersWithSpaces>9921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ilustrado do SEI Cidades — Solicitação de Isenção do IPTU</dc:title>
  <dc:subject>Aposentados, pensionistas, BPC/LOAS e moléstias graves</dc:subject>
  <dc:creator>Prefeitura de Sorocaba — Seção de Benefícios Fiscais</dc:creator>
  <dc:description>generated by python-docx</dc:description>
  <cp:lastModifiedBy>mberbel</cp:lastModifiedBy>
  <cp:revision>2</cp:revision>
  <dcterms:created xsi:type="dcterms:W3CDTF">2026-10-19T18:57:00Z</dcterms:created>
  <dcterms:modified xsi:type="dcterms:W3CDTF">2026-10-19T18:57:00Z</dcterms:modified>
</cp:coreProperties>
</file>